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C863D2" w14:textId="77777777" w:rsidR="009D07C3" w:rsidRDefault="004C6837">
      <w:pPr>
        <w:jc w:val="center"/>
      </w:pPr>
      <w:r>
        <w:rPr>
          <w:b/>
          <w:color w:val="1F4E79"/>
          <w:sz w:val="32"/>
        </w:rPr>
        <w:t>APPLICATION FORM</w:t>
      </w:r>
    </w:p>
    <w:p w14:paraId="3BAA727D" w14:textId="77777777" w:rsidR="009D07C3" w:rsidRDefault="004C6837">
      <w:pPr>
        <w:jc w:val="center"/>
      </w:pPr>
      <w:r>
        <w:rPr>
          <w:b/>
          <w:sz w:val="24"/>
        </w:rPr>
        <w:t>Individual Full Clinical Accreditation via APL / Equivalence</w:t>
      </w:r>
    </w:p>
    <w:p w14:paraId="14F7015A" w14:textId="77777777" w:rsidR="009D07C3" w:rsidRDefault="004C6837">
      <w:pPr>
        <w:jc w:val="center"/>
      </w:pPr>
      <w:r>
        <w:rPr>
          <w:b/>
          <w:sz w:val="24"/>
        </w:rPr>
        <w:t>Psychotherapist or Psychotherapeutic Counsellor</w:t>
      </w:r>
    </w:p>
    <w:p w14:paraId="07F4E8DE" w14:textId="2725BF94" w:rsidR="0077568E" w:rsidRPr="0077568E" w:rsidRDefault="00A5227A">
      <w:pPr>
        <w:spacing w:after="80" w:line="252" w:lineRule="auto"/>
        <w:rPr>
          <w:b/>
          <w:bCs/>
          <w:sz w:val="22"/>
          <w:szCs w:val="28"/>
        </w:rPr>
      </w:pPr>
      <w:r w:rsidRPr="0077568E">
        <w:rPr>
          <w:b/>
          <w:bCs/>
          <w:sz w:val="22"/>
          <w:szCs w:val="28"/>
        </w:rPr>
        <w:t>To apply for Full Clinical Accreditation via APL for either Psychotherapist or Psychotherapeutic Counsellor status you must first become a member of Metanoia</w:t>
      </w:r>
      <w:r w:rsidR="00545E9E">
        <w:rPr>
          <w:b/>
          <w:bCs/>
          <w:sz w:val="22"/>
          <w:szCs w:val="28"/>
        </w:rPr>
        <w:t xml:space="preserve"> via the APL membership route</w:t>
      </w:r>
      <w:r w:rsidRPr="0077568E">
        <w:rPr>
          <w:b/>
          <w:bCs/>
          <w:sz w:val="22"/>
          <w:szCs w:val="28"/>
        </w:rPr>
        <w:t xml:space="preserve">.  If you have not yet completed this process, please </w:t>
      </w:r>
      <w:r w:rsidR="0077568E" w:rsidRPr="0077568E">
        <w:rPr>
          <w:b/>
          <w:bCs/>
          <w:sz w:val="22"/>
          <w:szCs w:val="28"/>
        </w:rPr>
        <w:t xml:space="preserve">use this link to register and then apply for membership: </w:t>
      </w:r>
    </w:p>
    <w:p w14:paraId="719D3A86" w14:textId="029F9E45" w:rsidR="0077568E" w:rsidRDefault="00545E9E">
      <w:pPr>
        <w:spacing w:after="80" w:line="252" w:lineRule="auto"/>
      </w:pPr>
      <w:r>
        <w:t>APL</w:t>
      </w:r>
      <w:r w:rsidR="00034E38">
        <w:t xml:space="preserve"> fees are £260 per application.  </w:t>
      </w:r>
    </w:p>
    <w:p w14:paraId="62FB884D" w14:textId="3CBA96F5" w:rsidR="009D07C3" w:rsidRDefault="0077568E">
      <w:pPr>
        <w:spacing w:after="80" w:line="252" w:lineRule="auto"/>
      </w:pPr>
      <w:r>
        <w:t xml:space="preserve">Once you have </w:t>
      </w:r>
      <w:r w:rsidR="00545E9E">
        <w:t xml:space="preserve">applied for Membership, you will receive a personalized submission inbox.  </w:t>
      </w:r>
      <w:r w:rsidR="004C6837">
        <w:t xml:space="preserve">Use this form to evidence equivalence to the Metanoia Institute / UKCP requirements in the Handbook for Individual Full Clinical Accreditation. Complete the sections for the title you are applying for </w:t>
      </w:r>
      <w:r w:rsidR="00545E9E">
        <w:t xml:space="preserve">and submit both this form and the </w:t>
      </w:r>
      <w:r w:rsidR="004C6837">
        <w:t>supporting evidence</w:t>
      </w:r>
      <w:r w:rsidR="00545E9E">
        <w:t xml:space="preserve"> using the link provided in your membership confirmation email. </w:t>
      </w:r>
      <w:r w:rsidR="004C6837">
        <w:t xml:space="preserve"> Where evidence is not available, explain clearly how equivalence is demonstrated.</w:t>
      </w:r>
    </w:p>
    <w:p w14:paraId="2893438D" w14:textId="34933045" w:rsidR="00AE781C" w:rsidRDefault="00AE781C">
      <w:pPr>
        <w:spacing w:after="80" w:line="252" w:lineRule="auto"/>
      </w:pPr>
      <w:r>
        <w:t>If successful, an annual membership renewal with a fee of £120 will be required on an annual basis.  Renewals are due in September each academic year as a standard member.</w:t>
      </w:r>
    </w:p>
    <w:p w14:paraId="2DB5C9B5" w14:textId="77777777" w:rsidR="00545E9E" w:rsidRDefault="00545E9E">
      <w:pPr>
        <w:spacing w:after="80" w:line="252" w:lineRule="auto"/>
      </w:pPr>
    </w:p>
    <w:p w14:paraId="66A8CB0F" w14:textId="77777777" w:rsidR="009D07C3" w:rsidRDefault="004C6837">
      <w:pPr>
        <w:pStyle w:val="Heading1"/>
        <w:spacing w:before="160" w:after="80"/>
      </w:pPr>
      <w:r>
        <w:rPr>
          <w:rFonts w:ascii="Arial" w:hAnsi="Arial"/>
          <w:color w:val="1F4E79"/>
          <w:sz w:val="24"/>
        </w:rPr>
        <w:t>1. Applicant Details</w:t>
      </w:r>
    </w:p>
    <w:tbl>
      <w:tblPr>
        <w:tblW w:w="0" w:type="auto"/>
        <w:jc w:val="center"/>
        <w:tblBorders>
          <w:top w:val="single" w:sz="4" w:space="0" w:color="7F7F7F"/>
          <w:left w:val="single" w:sz="4" w:space="0" w:color="7F7F7F"/>
          <w:bottom w:val="single" w:sz="4" w:space="0" w:color="7F7F7F"/>
          <w:right w:val="single" w:sz="4" w:space="0" w:color="7F7F7F"/>
          <w:insideH w:val="single" w:sz="4" w:space="0" w:color="7F7F7F"/>
          <w:insideV w:val="single" w:sz="4" w:space="0" w:color="7F7F7F"/>
        </w:tblBorders>
        <w:tblLook w:val="04A0" w:firstRow="1" w:lastRow="0" w:firstColumn="1" w:lastColumn="0" w:noHBand="0" w:noVBand="1"/>
      </w:tblPr>
      <w:tblGrid>
        <w:gridCol w:w="3168"/>
        <w:gridCol w:w="6048"/>
      </w:tblGrid>
      <w:tr w:rsidR="009D07C3" w14:paraId="522894B6" w14:textId="77777777">
        <w:trPr>
          <w:jc w:val="center"/>
        </w:trPr>
        <w:tc>
          <w:tcPr>
            <w:tcW w:w="3168" w:type="dxa"/>
            <w:shd w:val="clear" w:color="auto" w:fill="F2F2F2"/>
          </w:tcPr>
          <w:p w14:paraId="7482FD86" w14:textId="77777777" w:rsidR="009D07C3" w:rsidRDefault="004C6837">
            <w:pPr>
              <w:spacing w:after="0"/>
            </w:pPr>
            <w:r>
              <w:rPr>
                <w:b/>
              </w:rPr>
              <w:t>Name:</w:t>
            </w:r>
          </w:p>
        </w:tc>
        <w:tc>
          <w:tcPr>
            <w:tcW w:w="6048" w:type="dxa"/>
          </w:tcPr>
          <w:p w14:paraId="60450047" w14:textId="77777777" w:rsidR="009D07C3" w:rsidRDefault="009D07C3">
            <w:pPr>
              <w:spacing w:after="0"/>
            </w:pPr>
          </w:p>
        </w:tc>
      </w:tr>
      <w:tr w:rsidR="009D07C3" w14:paraId="2F74BE4B" w14:textId="77777777">
        <w:trPr>
          <w:jc w:val="center"/>
        </w:trPr>
        <w:tc>
          <w:tcPr>
            <w:tcW w:w="3168" w:type="dxa"/>
            <w:shd w:val="clear" w:color="auto" w:fill="F2F2F2"/>
          </w:tcPr>
          <w:p w14:paraId="79DDD9B0" w14:textId="77777777" w:rsidR="009D07C3" w:rsidRDefault="004C6837">
            <w:pPr>
              <w:spacing w:after="0"/>
            </w:pPr>
            <w:r>
              <w:rPr>
                <w:b/>
              </w:rPr>
              <w:t>Address:</w:t>
            </w:r>
          </w:p>
        </w:tc>
        <w:tc>
          <w:tcPr>
            <w:tcW w:w="6048" w:type="dxa"/>
          </w:tcPr>
          <w:p w14:paraId="4EF53165" w14:textId="77777777" w:rsidR="009D07C3" w:rsidRDefault="009D07C3">
            <w:pPr>
              <w:spacing w:after="0"/>
            </w:pPr>
          </w:p>
        </w:tc>
      </w:tr>
      <w:tr w:rsidR="009D07C3" w14:paraId="0D486CD8" w14:textId="77777777">
        <w:trPr>
          <w:jc w:val="center"/>
        </w:trPr>
        <w:tc>
          <w:tcPr>
            <w:tcW w:w="3168" w:type="dxa"/>
            <w:shd w:val="clear" w:color="auto" w:fill="F2F2F2"/>
          </w:tcPr>
          <w:p w14:paraId="2CB50B7A" w14:textId="77777777" w:rsidR="009D07C3" w:rsidRDefault="004C6837">
            <w:pPr>
              <w:spacing w:after="0"/>
            </w:pPr>
            <w:r>
              <w:rPr>
                <w:b/>
              </w:rPr>
              <w:t>Email:</w:t>
            </w:r>
          </w:p>
        </w:tc>
        <w:tc>
          <w:tcPr>
            <w:tcW w:w="6048" w:type="dxa"/>
          </w:tcPr>
          <w:p w14:paraId="3886250E" w14:textId="77777777" w:rsidR="009D07C3" w:rsidRDefault="009D07C3">
            <w:pPr>
              <w:spacing w:after="0"/>
            </w:pPr>
          </w:p>
        </w:tc>
      </w:tr>
      <w:tr w:rsidR="009D07C3" w14:paraId="27789F5C" w14:textId="77777777">
        <w:trPr>
          <w:jc w:val="center"/>
        </w:trPr>
        <w:tc>
          <w:tcPr>
            <w:tcW w:w="3168" w:type="dxa"/>
            <w:shd w:val="clear" w:color="auto" w:fill="F2F2F2"/>
          </w:tcPr>
          <w:p w14:paraId="2E845D62" w14:textId="77777777" w:rsidR="009D07C3" w:rsidRDefault="004C6837">
            <w:pPr>
              <w:spacing w:after="0"/>
            </w:pPr>
            <w:r>
              <w:rPr>
                <w:b/>
              </w:rPr>
              <w:t>Telephone:</w:t>
            </w:r>
          </w:p>
        </w:tc>
        <w:tc>
          <w:tcPr>
            <w:tcW w:w="6048" w:type="dxa"/>
          </w:tcPr>
          <w:p w14:paraId="26FF33F2" w14:textId="77777777" w:rsidR="009D07C3" w:rsidRDefault="009D07C3">
            <w:pPr>
              <w:spacing w:after="0"/>
            </w:pPr>
          </w:p>
        </w:tc>
      </w:tr>
      <w:tr w:rsidR="009D07C3" w14:paraId="45DBACC5" w14:textId="77777777">
        <w:trPr>
          <w:jc w:val="center"/>
        </w:trPr>
        <w:tc>
          <w:tcPr>
            <w:tcW w:w="3168" w:type="dxa"/>
            <w:shd w:val="clear" w:color="auto" w:fill="F2F2F2"/>
          </w:tcPr>
          <w:p w14:paraId="59865B18" w14:textId="77777777" w:rsidR="009D07C3" w:rsidRDefault="004C6837">
            <w:pPr>
              <w:spacing w:after="0"/>
            </w:pPr>
            <w:r>
              <w:rPr>
                <w:b/>
              </w:rPr>
              <w:t>Current professional title(s):</w:t>
            </w:r>
          </w:p>
        </w:tc>
        <w:tc>
          <w:tcPr>
            <w:tcW w:w="6048" w:type="dxa"/>
          </w:tcPr>
          <w:p w14:paraId="12619D49" w14:textId="77777777" w:rsidR="009D07C3" w:rsidRDefault="009D07C3">
            <w:pPr>
              <w:spacing w:after="0"/>
            </w:pPr>
          </w:p>
        </w:tc>
      </w:tr>
      <w:tr w:rsidR="009D07C3" w14:paraId="52E6E3F9" w14:textId="77777777">
        <w:trPr>
          <w:jc w:val="center"/>
        </w:trPr>
        <w:tc>
          <w:tcPr>
            <w:tcW w:w="3168" w:type="dxa"/>
            <w:shd w:val="clear" w:color="auto" w:fill="F2F2F2"/>
          </w:tcPr>
          <w:p w14:paraId="177FE4B3" w14:textId="77777777" w:rsidR="009D07C3" w:rsidRDefault="004C6837">
            <w:pPr>
              <w:spacing w:after="0"/>
            </w:pPr>
            <w:r>
              <w:rPr>
                <w:b/>
              </w:rPr>
              <w:t>Current professional body registration(s):</w:t>
            </w:r>
          </w:p>
        </w:tc>
        <w:tc>
          <w:tcPr>
            <w:tcW w:w="6048" w:type="dxa"/>
          </w:tcPr>
          <w:p w14:paraId="2075666B" w14:textId="77777777" w:rsidR="009D07C3" w:rsidRDefault="009D07C3">
            <w:pPr>
              <w:spacing w:after="0"/>
            </w:pPr>
          </w:p>
        </w:tc>
      </w:tr>
      <w:tr w:rsidR="009D07C3" w14:paraId="1E12DCC3" w14:textId="77777777">
        <w:trPr>
          <w:jc w:val="center"/>
        </w:trPr>
        <w:tc>
          <w:tcPr>
            <w:tcW w:w="3168" w:type="dxa"/>
            <w:shd w:val="clear" w:color="auto" w:fill="F2F2F2"/>
          </w:tcPr>
          <w:p w14:paraId="7EC49DC5" w14:textId="77777777" w:rsidR="009D07C3" w:rsidRDefault="004C6837">
            <w:pPr>
              <w:spacing w:after="0"/>
            </w:pPr>
            <w:r>
              <w:rPr>
                <w:b/>
              </w:rPr>
              <w:t>Current UKCP Registration Number, if applicable:</w:t>
            </w:r>
          </w:p>
        </w:tc>
        <w:tc>
          <w:tcPr>
            <w:tcW w:w="6048" w:type="dxa"/>
          </w:tcPr>
          <w:p w14:paraId="57E5985C" w14:textId="77777777" w:rsidR="009D07C3" w:rsidRDefault="009D07C3">
            <w:pPr>
              <w:spacing w:after="0"/>
            </w:pPr>
          </w:p>
        </w:tc>
      </w:tr>
      <w:tr w:rsidR="009D07C3" w14:paraId="46071FF7" w14:textId="77777777">
        <w:trPr>
          <w:jc w:val="center"/>
        </w:trPr>
        <w:tc>
          <w:tcPr>
            <w:tcW w:w="3168" w:type="dxa"/>
            <w:shd w:val="clear" w:color="auto" w:fill="F2F2F2"/>
          </w:tcPr>
          <w:p w14:paraId="54ABE86D" w14:textId="77777777" w:rsidR="009D07C3" w:rsidRDefault="004C6837">
            <w:pPr>
              <w:spacing w:after="0"/>
            </w:pPr>
            <w:r>
              <w:rPr>
                <w:b/>
              </w:rPr>
              <w:t>Primary modality / approach:</w:t>
            </w:r>
          </w:p>
        </w:tc>
        <w:tc>
          <w:tcPr>
            <w:tcW w:w="6048" w:type="dxa"/>
          </w:tcPr>
          <w:p w14:paraId="6200714A" w14:textId="77777777" w:rsidR="009D07C3" w:rsidRDefault="009D07C3">
            <w:pPr>
              <w:spacing w:after="0"/>
            </w:pPr>
          </w:p>
        </w:tc>
      </w:tr>
      <w:tr w:rsidR="009D07C3" w14:paraId="593EE4E0" w14:textId="77777777">
        <w:trPr>
          <w:jc w:val="center"/>
        </w:trPr>
        <w:tc>
          <w:tcPr>
            <w:tcW w:w="3168" w:type="dxa"/>
            <w:shd w:val="clear" w:color="auto" w:fill="F2F2F2"/>
          </w:tcPr>
          <w:p w14:paraId="1A6218C8" w14:textId="77777777" w:rsidR="009D07C3" w:rsidRDefault="004C6837">
            <w:pPr>
              <w:spacing w:after="0"/>
            </w:pPr>
            <w:r>
              <w:rPr>
                <w:b/>
              </w:rPr>
              <w:t>Date of qualification / graduation:</w:t>
            </w:r>
          </w:p>
        </w:tc>
        <w:tc>
          <w:tcPr>
            <w:tcW w:w="6048" w:type="dxa"/>
          </w:tcPr>
          <w:p w14:paraId="405D6029" w14:textId="77777777" w:rsidR="009D07C3" w:rsidRDefault="009D07C3">
            <w:pPr>
              <w:spacing w:after="0"/>
            </w:pPr>
          </w:p>
        </w:tc>
      </w:tr>
      <w:tr w:rsidR="009D07C3" w14:paraId="25D025E7" w14:textId="77777777">
        <w:trPr>
          <w:jc w:val="center"/>
        </w:trPr>
        <w:tc>
          <w:tcPr>
            <w:tcW w:w="3168" w:type="dxa"/>
            <w:shd w:val="clear" w:color="auto" w:fill="F2F2F2"/>
          </w:tcPr>
          <w:p w14:paraId="5CDF595D" w14:textId="77777777" w:rsidR="009D07C3" w:rsidRDefault="004C6837">
            <w:pPr>
              <w:spacing w:after="0"/>
            </w:pPr>
            <w:r>
              <w:rPr>
                <w:b/>
              </w:rPr>
              <w:t>Employer / private practice details:</w:t>
            </w:r>
          </w:p>
        </w:tc>
        <w:tc>
          <w:tcPr>
            <w:tcW w:w="6048" w:type="dxa"/>
          </w:tcPr>
          <w:p w14:paraId="7F742584" w14:textId="77777777" w:rsidR="009D07C3" w:rsidRDefault="009D07C3">
            <w:pPr>
              <w:spacing w:after="0"/>
            </w:pPr>
          </w:p>
        </w:tc>
      </w:tr>
    </w:tbl>
    <w:p w14:paraId="3D4AC697" w14:textId="77777777" w:rsidR="009D07C3" w:rsidRDefault="009D07C3">
      <w:pPr>
        <w:spacing w:after="40"/>
      </w:pPr>
    </w:p>
    <w:p w14:paraId="78B1671E" w14:textId="77777777" w:rsidR="009D07C3" w:rsidRDefault="004C6837">
      <w:pPr>
        <w:pStyle w:val="Heading1"/>
        <w:spacing w:before="160" w:after="80"/>
      </w:pPr>
      <w:r>
        <w:rPr>
          <w:rFonts w:ascii="Arial" w:hAnsi="Arial"/>
          <w:color w:val="1F4E79"/>
          <w:sz w:val="24"/>
        </w:rPr>
        <w:t>2. Application Route</w:t>
      </w:r>
    </w:p>
    <w:tbl>
      <w:tblPr>
        <w:tblW w:w="0" w:type="auto"/>
        <w:jc w:val="center"/>
        <w:tblBorders>
          <w:top w:val="single" w:sz="4" w:space="0" w:color="7F7F7F"/>
          <w:left w:val="single" w:sz="4" w:space="0" w:color="7F7F7F"/>
          <w:bottom w:val="single" w:sz="4" w:space="0" w:color="7F7F7F"/>
          <w:right w:val="single" w:sz="4" w:space="0" w:color="7F7F7F"/>
          <w:insideH w:val="single" w:sz="4" w:space="0" w:color="7F7F7F"/>
          <w:insideV w:val="single" w:sz="4" w:space="0" w:color="7F7F7F"/>
        </w:tblBorders>
        <w:tblLook w:val="04A0" w:firstRow="1" w:lastRow="0" w:firstColumn="1" w:lastColumn="0" w:noHBand="0" w:noVBand="1"/>
      </w:tblPr>
      <w:tblGrid>
        <w:gridCol w:w="3168"/>
        <w:gridCol w:w="6048"/>
      </w:tblGrid>
      <w:tr w:rsidR="009D07C3" w14:paraId="28E5A2B1" w14:textId="77777777">
        <w:trPr>
          <w:jc w:val="center"/>
        </w:trPr>
        <w:tc>
          <w:tcPr>
            <w:tcW w:w="3168" w:type="dxa"/>
            <w:shd w:val="clear" w:color="auto" w:fill="F2F2F2"/>
          </w:tcPr>
          <w:p w14:paraId="48CDE90D" w14:textId="77777777" w:rsidR="009D07C3" w:rsidRDefault="004C6837">
            <w:pPr>
              <w:spacing w:after="0"/>
            </w:pPr>
            <w:r>
              <w:rPr>
                <w:b/>
              </w:rPr>
              <w:t>Title applied for:</w:t>
            </w:r>
          </w:p>
        </w:tc>
        <w:tc>
          <w:tcPr>
            <w:tcW w:w="6048" w:type="dxa"/>
          </w:tcPr>
          <w:p w14:paraId="1E727B01" w14:textId="77777777" w:rsidR="009D07C3" w:rsidRDefault="004C6837">
            <w:pPr>
              <w:spacing w:after="0"/>
            </w:pPr>
            <w:r>
              <w:t>[ ] Psychotherapist</w:t>
            </w:r>
            <w:r>
              <w:br/>
              <w:t>[ ] Psychotherapeutic Counsellor</w:t>
            </w:r>
          </w:p>
        </w:tc>
      </w:tr>
      <w:tr w:rsidR="009D07C3" w14:paraId="74160A9A" w14:textId="77777777">
        <w:trPr>
          <w:jc w:val="center"/>
        </w:trPr>
        <w:tc>
          <w:tcPr>
            <w:tcW w:w="3168" w:type="dxa"/>
            <w:shd w:val="clear" w:color="auto" w:fill="F2F2F2"/>
          </w:tcPr>
          <w:p w14:paraId="7AE9C587" w14:textId="77777777" w:rsidR="009D07C3" w:rsidRDefault="004C6837">
            <w:pPr>
              <w:spacing w:after="0"/>
            </w:pPr>
            <w:r>
              <w:rPr>
                <w:b/>
              </w:rPr>
              <w:t>Training route:</w:t>
            </w:r>
          </w:p>
        </w:tc>
        <w:tc>
          <w:tcPr>
            <w:tcW w:w="6048" w:type="dxa"/>
          </w:tcPr>
          <w:p w14:paraId="754BB2C4" w14:textId="09145C69" w:rsidR="009D07C3" w:rsidRDefault="00EA057E">
            <w:pPr>
              <w:spacing w:after="0"/>
            </w:pPr>
            <w:r>
              <w:t>[ ] Metanoia staff applicant</w:t>
            </w:r>
            <w:r w:rsidR="00AE781C">
              <w:t xml:space="preserve"> – no fee</w:t>
            </w:r>
            <w:r>
              <w:br/>
            </w:r>
            <w:r w:rsidR="004C6837">
              <w:t>[ ] Non-Metanoia applicant</w:t>
            </w:r>
            <w:r w:rsidR="00AE781C">
              <w:t xml:space="preserve"> - £260 per application</w:t>
            </w:r>
            <w:r w:rsidR="004C6837">
              <w:br/>
              <w:t>[ ] NHS-funded pathway - endorsement report required where applicable</w:t>
            </w:r>
            <w:r w:rsidR="004C6837">
              <w:br/>
              <w:t>[ ] Other</w:t>
            </w:r>
            <w:r w:rsidR="00AE781C">
              <w:t xml:space="preserve">: </w:t>
            </w:r>
          </w:p>
        </w:tc>
      </w:tr>
    </w:tbl>
    <w:p w14:paraId="40BB049A" w14:textId="77777777" w:rsidR="009D07C3" w:rsidRDefault="009D07C3">
      <w:pPr>
        <w:spacing w:after="40"/>
      </w:pPr>
    </w:p>
    <w:p w14:paraId="61AC605C" w14:textId="77777777" w:rsidR="009D07C3" w:rsidRDefault="004C6837">
      <w:pPr>
        <w:pStyle w:val="Heading1"/>
        <w:spacing w:before="160" w:after="80"/>
      </w:pPr>
      <w:r>
        <w:rPr>
          <w:rFonts w:ascii="Arial" w:hAnsi="Arial"/>
          <w:color w:val="1F4E79"/>
          <w:sz w:val="24"/>
        </w:rPr>
        <w:t>3. Eligibility Summary - Select and Complete One Route</w:t>
      </w:r>
    </w:p>
    <w:p w14:paraId="2CF99026" w14:textId="77777777" w:rsidR="009D07C3" w:rsidRDefault="004C6837">
      <w:pPr>
        <w:spacing w:after="80" w:line="252" w:lineRule="auto"/>
      </w:pPr>
      <w:r>
        <w:rPr>
          <w:i/>
          <w:sz w:val="16"/>
        </w:rPr>
        <w:t>This section is a summary only. Detailed evidence tables follow in Sections 4 to 11.</w:t>
      </w:r>
    </w:p>
    <w:tbl>
      <w:tblPr>
        <w:tblW w:w="0" w:type="auto"/>
        <w:jc w:val="center"/>
        <w:tblBorders>
          <w:top w:val="single" w:sz="4" w:space="0" w:color="7F7F7F"/>
          <w:left w:val="single" w:sz="4" w:space="0" w:color="7F7F7F"/>
          <w:bottom w:val="single" w:sz="4" w:space="0" w:color="7F7F7F"/>
          <w:right w:val="single" w:sz="4" w:space="0" w:color="7F7F7F"/>
          <w:insideH w:val="single" w:sz="4" w:space="0" w:color="7F7F7F"/>
          <w:insideV w:val="single" w:sz="4" w:space="0" w:color="7F7F7F"/>
        </w:tblBorders>
        <w:tblLook w:val="04A0" w:firstRow="1" w:lastRow="0" w:firstColumn="1" w:lastColumn="0" w:noHBand="0" w:noVBand="1"/>
      </w:tblPr>
      <w:tblGrid>
        <w:gridCol w:w="2086"/>
        <w:gridCol w:w="3237"/>
        <w:gridCol w:w="3237"/>
        <w:gridCol w:w="1798"/>
      </w:tblGrid>
      <w:tr w:rsidR="009D07C3" w14:paraId="0A450BD6" w14:textId="77777777">
        <w:trPr>
          <w:jc w:val="center"/>
        </w:trPr>
        <w:tc>
          <w:tcPr>
            <w:tcW w:w="2088" w:type="dxa"/>
            <w:shd w:val="clear" w:color="auto" w:fill="D9EAF7"/>
          </w:tcPr>
          <w:p w14:paraId="7D1BDCC4" w14:textId="77777777" w:rsidR="009D07C3" w:rsidRDefault="004C6837">
            <w:pPr>
              <w:spacing w:after="0"/>
            </w:pPr>
            <w:r>
              <w:rPr>
                <w:b/>
                <w:sz w:val="15"/>
              </w:rPr>
              <w:t>Requirement area</w:t>
            </w:r>
          </w:p>
        </w:tc>
        <w:tc>
          <w:tcPr>
            <w:tcW w:w="3240" w:type="dxa"/>
            <w:shd w:val="clear" w:color="auto" w:fill="D9EAF7"/>
          </w:tcPr>
          <w:p w14:paraId="30F138AD" w14:textId="77777777" w:rsidR="009D07C3" w:rsidRDefault="004C6837">
            <w:pPr>
              <w:spacing w:after="0"/>
            </w:pPr>
            <w:r>
              <w:rPr>
                <w:b/>
                <w:sz w:val="15"/>
              </w:rPr>
              <w:t>Psychotherapist route - minimum evidence</w:t>
            </w:r>
          </w:p>
        </w:tc>
        <w:tc>
          <w:tcPr>
            <w:tcW w:w="3240" w:type="dxa"/>
            <w:shd w:val="clear" w:color="auto" w:fill="D9EAF7"/>
          </w:tcPr>
          <w:p w14:paraId="311806DC" w14:textId="77777777" w:rsidR="009D07C3" w:rsidRDefault="004C6837">
            <w:pPr>
              <w:spacing w:after="0"/>
            </w:pPr>
            <w:r>
              <w:rPr>
                <w:b/>
                <w:sz w:val="15"/>
              </w:rPr>
              <w:t>Psychotherapeutic Counsellor route - minimum evidence</w:t>
            </w:r>
          </w:p>
        </w:tc>
        <w:tc>
          <w:tcPr>
            <w:tcW w:w="1800" w:type="dxa"/>
            <w:shd w:val="clear" w:color="auto" w:fill="D9EAF7"/>
          </w:tcPr>
          <w:p w14:paraId="01CC00BD" w14:textId="77777777" w:rsidR="009D07C3" w:rsidRDefault="004C6837">
            <w:pPr>
              <w:spacing w:after="0"/>
            </w:pPr>
            <w:r>
              <w:rPr>
                <w:b/>
                <w:sz w:val="15"/>
              </w:rPr>
              <w:t>Applicant evidence reference</w:t>
            </w:r>
          </w:p>
        </w:tc>
      </w:tr>
      <w:tr w:rsidR="009D07C3" w14:paraId="4ECC35D2" w14:textId="77777777">
        <w:trPr>
          <w:jc w:val="center"/>
        </w:trPr>
        <w:tc>
          <w:tcPr>
            <w:tcW w:w="2088" w:type="dxa"/>
          </w:tcPr>
          <w:p w14:paraId="15E3B490" w14:textId="77777777" w:rsidR="009D07C3" w:rsidRDefault="004C6837">
            <w:pPr>
              <w:spacing w:after="0"/>
            </w:pPr>
            <w:r>
              <w:rPr>
                <w:sz w:val="15"/>
              </w:rPr>
              <w:t>Qualification level and modality</w:t>
            </w:r>
          </w:p>
        </w:tc>
        <w:tc>
          <w:tcPr>
            <w:tcW w:w="3240" w:type="dxa"/>
          </w:tcPr>
          <w:p w14:paraId="5B92BC09" w14:textId="77777777" w:rsidR="009D07C3" w:rsidRDefault="004C6837">
            <w:pPr>
              <w:spacing w:after="0"/>
            </w:pPr>
            <w:r>
              <w:rPr>
                <w:sz w:val="15"/>
              </w:rPr>
              <w:t>Level 7 or equivalent master's qualification in Humanistic (Person-Centred, Gestalt, Transactional Analysis) or Integrative Psychotherapy.</w:t>
            </w:r>
          </w:p>
        </w:tc>
        <w:tc>
          <w:tcPr>
            <w:tcW w:w="3240" w:type="dxa"/>
          </w:tcPr>
          <w:p w14:paraId="27449E05" w14:textId="77777777" w:rsidR="009D07C3" w:rsidRDefault="004C6837">
            <w:pPr>
              <w:spacing w:after="0"/>
            </w:pPr>
            <w:r>
              <w:rPr>
                <w:sz w:val="15"/>
              </w:rPr>
              <w:t>Level 5 Diploma in Psychotherapeutic Counselling or equivalent, with evidence of integrative or humanistic theory and practice.</w:t>
            </w:r>
          </w:p>
        </w:tc>
        <w:tc>
          <w:tcPr>
            <w:tcW w:w="1800" w:type="dxa"/>
          </w:tcPr>
          <w:p w14:paraId="0E6EE176" w14:textId="77777777" w:rsidR="009D07C3" w:rsidRDefault="009D07C3">
            <w:pPr>
              <w:spacing w:after="0"/>
            </w:pPr>
          </w:p>
        </w:tc>
      </w:tr>
      <w:tr w:rsidR="009D07C3" w14:paraId="35000168" w14:textId="77777777">
        <w:trPr>
          <w:jc w:val="center"/>
        </w:trPr>
        <w:tc>
          <w:tcPr>
            <w:tcW w:w="2088" w:type="dxa"/>
          </w:tcPr>
          <w:p w14:paraId="0B399DD9" w14:textId="77777777" w:rsidR="009D07C3" w:rsidRDefault="004C6837">
            <w:pPr>
              <w:spacing w:after="0"/>
            </w:pPr>
            <w:r>
              <w:rPr>
                <w:sz w:val="15"/>
              </w:rPr>
              <w:t>Training hours</w:t>
            </w:r>
          </w:p>
        </w:tc>
        <w:tc>
          <w:tcPr>
            <w:tcW w:w="3240" w:type="dxa"/>
          </w:tcPr>
          <w:p w14:paraId="3C69382B" w14:textId="77777777" w:rsidR="009D07C3" w:rsidRDefault="004C6837">
            <w:pPr>
              <w:spacing w:after="0"/>
            </w:pPr>
            <w:r>
              <w:rPr>
                <w:sz w:val="15"/>
              </w:rPr>
              <w:t>Minimum 900 training hours, including core training, supervised practice, mental health familiarisation, and self-directed learning.</w:t>
            </w:r>
          </w:p>
        </w:tc>
        <w:tc>
          <w:tcPr>
            <w:tcW w:w="3240" w:type="dxa"/>
          </w:tcPr>
          <w:p w14:paraId="2B9C9526" w14:textId="47288659" w:rsidR="009D07C3" w:rsidRDefault="004C6837">
            <w:pPr>
              <w:spacing w:after="0"/>
            </w:pPr>
            <w:r>
              <w:rPr>
                <w:sz w:val="15"/>
              </w:rPr>
              <w:t>Minimum 450 training hours, including core, supervision and self-directed learning, plus 100 supervised client practice hours prior to qualification.</w:t>
            </w:r>
          </w:p>
        </w:tc>
        <w:tc>
          <w:tcPr>
            <w:tcW w:w="1800" w:type="dxa"/>
          </w:tcPr>
          <w:p w14:paraId="3112B03E" w14:textId="77777777" w:rsidR="009D07C3" w:rsidRDefault="009D07C3">
            <w:pPr>
              <w:spacing w:after="0"/>
            </w:pPr>
          </w:p>
        </w:tc>
      </w:tr>
      <w:tr w:rsidR="009D07C3" w14:paraId="6488FBC5" w14:textId="77777777">
        <w:trPr>
          <w:jc w:val="center"/>
        </w:trPr>
        <w:tc>
          <w:tcPr>
            <w:tcW w:w="2088" w:type="dxa"/>
          </w:tcPr>
          <w:p w14:paraId="5C42C62D" w14:textId="77777777" w:rsidR="009D07C3" w:rsidRDefault="004C6837">
            <w:pPr>
              <w:spacing w:after="0"/>
            </w:pPr>
            <w:r>
              <w:rPr>
                <w:sz w:val="15"/>
              </w:rPr>
              <w:lastRenderedPageBreak/>
              <w:t>Supervised adult client contact</w:t>
            </w:r>
          </w:p>
        </w:tc>
        <w:tc>
          <w:tcPr>
            <w:tcW w:w="3240" w:type="dxa"/>
          </w:tcPr>
          <w:p w14:paraId="08B98C8F" w14:textId="77777777" w:rsidR="009D07C3" w:rsidRDefault="004C6837">
            <w:pPr>
              <w:spacing w:after="0"/>
            </w:pPr>
            <w:r>
              <w:rPr>
                <w:sz w:val="15"/>
              </w:rPr>
              <w:t>Minimum 450 supervised adult client contact hours.</w:t>
            </w:r>
          </w:p>
        </w:tc>
        <w:tc>
          <w:tcPr>
            <w:tcW w:w="3240" w:type="dxa"/>
          </w:tcPr>
          <w:p w14:paraId="5152061E" w14:textId="77777777" w:rsidR="009D07C3" w:rsidRDefault="004C6837">
            <w:pPr>
              <w:spacing w:after="0"/>
            </w:pPr>
            <w:r>
              <w:rPr>
                <w:sz w:val="15"/>
              </w:rPr>
              <w:t>Minimum 450 supervised adult client contact hours.</w:t>
            </w:r>
          </w:p>
        </w:tc>
        <w:tc>
          <w:tcPr>
            <w:tcW w:w="1800" w:type="dxa"/>
          </w:tcPr>
          <w:p w14:paraId="52C18144" w14:textId="77777777" w:rsidR="009D07C3" w:rsidRDefault="009D07C3">
            <w:pPr>
              <w:spacing w:after="0"/>
            </w:pPr>
          </w:p>
        </w:tc>
      </w:tr>
      <w:tr w:rsidR="009D07C3" w14:paraId="6FBF5F51" w14:textId="77777777">
        <w:trPr>
          <w:jc w:val="center"/>
        </w:trPr>
        <w:tc>
          <w:tcPr>
            <w:tcW w:w="2088" w:type="dxa"/>
          </w:tcPr>
          <w:p w14:paraId="762FAE3F" w14:textId="77777777" w:rsidR="009D07C3" w:rsidRDefault="004C6837">
            <w:pPr>
              <w:spacing w:after="0"/>
            </w:pPr>
            <w:r>
              <w:rPr>
                <w:sz w:val="15"/>
              </w:rPr>
              <w:t>Supervision ratio</w:t>
            </w:r>
          </w:p>
        </w:tc>
        <w:tc>
          <w:tcPr>
            <w:tcW w:w="3240" w:type="dxa"/>
          </w:tcPr>
          <w:p w14:paraId="1E3CA67E" w14:textId="77777777" w:rsidR="009D07C3" w:rsidRDefault="004C6837">
            <w:pPr>
              <w:spacing w:after="0"/>
            </w:pPr>
            <w:r>
              <w:rPr>
                <w:sz w:val="15"/>
              </w:rPr>
              <w:t>Minimum supervision ratio of 1:6.</w:t>
            </w:r>
          </w:p>
        </w:tc>
        <w:tc>
          <w:tcPr>
            <w:tcW w:w="3240" w:type="dxa"/>
          </w:tcPr>
          <w:p w14:paraId="17CBF024" w14:textId="77777777" w:rsidR="009D07C3" w:rsidRDefault="004C6837">
            <w:pPr>
              <w:spacing w:after="0"/>
            </w:pPr>
            <w:r>
              <w:rPr>
                <w:sz w:val="15"/>
              </w:rPr>
              <w:t>Minimum supervision ratio of 1:6.</w:t>
            </w:r>
          </w:p>
        </w:tc>
        <w:tc>
          <w:tcPr>
            <w:tcW w:w="1800" w:type="dxa"/>
          </w:tcPr>
          <w:p w14:paraId="05C849AF" w14:textId="77777777" w:rsidR="009D07C3" w:rsidRDefault="009D07C3">
            <w:pPr>
              <w:spacing w:after="0"/>
            </w:pPr>
          </w:p>
        </w:tc>
      </w:tr>
      <w:tr w:rsidR="009D07C3" w14:paraId="0752C082" w14:textId="77777777">
        <w:trPr>
          <w:jc w:val="center"/>
        </w:trPr>
        <w:tc>
          <w:tcPr>
            <w:tcW w:w="2088" w:type="dxa"/>
          </w:tcPr>
          <w:p w14:paraId="1BB88EBA" w14:textId="77777777" w:rsidR="009D07C3" w:rsidRDefault="004C6837">
            <w:pPr>
              <w:spacing w:after="0"/>
            </w:pPr>
            <w:r>
              <w:rPr>
                <w:sz w:val="15"/>
              </w:rPr>
              <w:t>Mental health familiarisation</w:t>
            </w:r>
          </w:p>
        </w:tc>
        <w:tc>
          <w:tcPr>
            <w:tcW w:w="3240" w:type="dxa"/>
          </w:tcPr>
          <w:p w14:paraId="1248496B" w14:textId="77777777" w:rsidR="009D07C3" w:rsidRDefault="004C6837">
            <w:pPr>
              <w:spacing w:after="0"/>
            </w:pPr>
            <w:r>
              <w:rPr>
                <w:sz w:val="15"/>
              </w:rPr>
              <w:t>Mental Health Familiarisation Portfolio showing competence in all required learning outcomes.</w:t>
            </w:r>
          </w:p>
        </w:tc>
        <w:tc>
          <w:tcPr>
            <w:tcW w:w="3240" w:type="dxa"/>
          </w:tcPr>
          <w:p w14:paraId="7A354B29" w14:textId="64DE2F78" w:rsidR="009D07C3" w:rsidRDefault="00EA057E">
            <w:pPr>
              <w:spacing w:after="0"/>
            </w:pPr>
            <w:r>
              <w:rPr>
                <w:sz w:val="15"/>
              </w:rPr>
              <w:t xml:space="preserve">MHFP not required </w:t>
            </w:r>
            <w:r w:rsidR="004C6837">
              <w:rPr>
                <w:sz w:val="15"/>
              </w:rPr>
              <w:t>.</w:t>
            </w:r>
          </w:p>
        </w:tc>
        <w:tc>
          <w:tcPr>
            <w:tcW w:w="1800" w:type="dxa"/>
          </w:tcPr>
          <w:p w14:paraId="6991540F" w14:textId="77777777" w:rsidR="009D07C3" w:rsidRDefault="009D07C3">
            <w:pPr>
              <w:spacing w:after="0"/>
            </w:pPr>
          </w:p>
        </w:tc>
      </w:tr>
      <w:tr w:rsidR="009D07C3" w14:paraId="6E64C089" w14:textId="77777777">
        <w:trPr>
          <w:jc w:val="center"/>
        </w:trPr>
        <w:tc>
          <w:tcPr>
            <w:tcW w:w="2088" w:type="dxa"/>
          </w:tcPr>
          <w:p w14:paraId="0CAFF4C6" w14:textId="77777777" w:rsidR="009D07C3" w:rsidRDefault="004C6837">
            <w:pPr>
              <w:spacing w:after="0"/>
            </w:pPr>
            <w:r>
              <w:rPr>
                <w:sz w:val="15"/>
              </w:rPr>
              <w:t>Personal therapy</w:t>
            </w:r>
          </w:p>
        </w:tc>
        <w:tc>
          <w:tcPr>
            <w:tcW w:w="3240" w:type="dxa"/>
          </w:tcPr>
          <w:p w14:paraId="554E1696" w14:textId="77777777" w:rsidR="009D07C3" w:rsidRDefault="004C6837">
            <w:pPr>
              <w:spacing w:after="0"/>
            </w:pPr>
            <w:r>
              <w:rPr>
                <w:sz w:val="15"/>
              </w:rPr>
              <w:t>160 hours in a modality consistent with the training approach.</w:t>
            </w:r>
          </w:p>
        </w:tc>
        <w:tc>
          <w:tcPr>
            <w:tcW w:w="3240" w:type="dxa"/>
          </w:tcPr>
          <w:p w14:paraId="2FC55D59" w14:textId="77777777" w:rsidR="009D07C3" w:rsidRDefault="004C6837">
            <w:pPr>
              <w:spacing w:after="0"/>
            </w:pPr>
            <w:r>
              <w:rPr>
                <w:sz w:val="15"/>
              </w:rPr>
              <w:t>105 hours in a modality consistent with the training approach or equivalent; therapy prior to training will not normally count.</w:t>
            </w:r>
          </w:p>
        </w:tc>
        <w:tc>
          <w:tcPr>
            <w:tcW w:w="1800" w:type="dxa"/>
          </w:tcPr>
          <w:p w14:paraId="419AE58A" w14:textId="77777777" w:rsidR="009D07C3" w:rsidRDefault="009D07C3">
            <w:pPr>
              <w:spacing w:after="0"/>
            </w:pPr>
          </w:p>
        </w:tc>
      </w:tr>
      <w:tr w:rsidR="009D07C3" w14:paraId="0E54C548" w14:textId="77777777">
        <w:trPr>
          <w:jc w:val="center"/>
        </w:trPr>
        <w:tc>
          <w:tcPr>
            <w:tcW w:w="2088" w:type="dxa"/>
          </w:tcPr>
          <w:p w14:paraId="2A3B4D12" w14:textId="77777777" w:rsidR="009D07C3" w:rsidRDefault="004C6837">
            <w:pPr>
              <w:spacing w:after="0"/>
            </w:pPr>
            <w:r>
              <w:rPr>
                <w:sz w:val="15"/>
              </w:rPr>
              <w:t>Written component</w:t>
            </w:r>
          </w:p>
        </w:tc>
        <w:tc>
          <w:tcPr>
            <w:tcW w:w="3240" w:type="dxa"/>
          </w:tcPr>
          <w:p w14:paraId="40086469" w14:textId="77777777" w:rsidR="009D07C3" w:rsidRDefault="004C6837">
            <w:pPr>
              <w:spacing w:after="0"/>
            </w:pPr>
            <w:r>
              <w:rPr>
                <w:sz w:val="15"/>
              </w:rPr>
              <w:t>4,000 word case study (+/-10%) if core training did not include an equivalent extended case study.</w:t>
            </w:r>
          </w:p>
        </w:tc>
        <w:tc>
          <w:tcPr>
            <w:tcW w:w="3240" w:type="dxa"/>
          </w:tcPr>
          <w:p w14:paraId="1D00E4D1" w14:textId="77777777" w:rsidR="009D07C3" w:rsidRDefault="004C6837">
            <w:pPr>
              <w:spacing w:after="0"/>
            </w:pPr>
            <w:r>
              <w:rPr>
                <w:sz w:val="15"/>
              </w:rPr>
              <w:t>3,000 word reflective essay (+/-10%) if core training did not include an equivalent reflective essay / case study.</w:t>
            </w:r>
          </w:p>
        </w:tc>
        <w:tc>
          <w:tcPr>
            <w:tcW w:w="1800" w:type="dxa"/>
          </w:tcPr>
          <w:p w14:paraId="4656E324" w14:textId="77777777" w:rsidR="009D07C3" w:rsidRDefault="009D07C3">
            <w:pPr>
              <w:spacing w:after="0"/>
            </w:pPr>
          </w:p>
        </w:tc>
      </w:tr>
    </w:tbl>
    <w:p w14:paraId="65210F87" w14:textId="77777777" w:rsidR="009D07C3" w:rsidRDefault="009D07C3">
      <w:pPr>
        <w:spacing w:after="40"/>
      </w:pPr>
    </w:p>
    <w:p w14:paraId="405DACF9" w14:textId="77777777" w:rsidR="009D07C3" w:rsidRDefault="004C6837">
      <w:pPr>
        <w:pStyle w:val="Heading1"/>
        <w:spacing w:before="160" w:after="80"/>
      </w:pPr>
      <w:r>
        <w:rPr>
          <w:rFonts w:ascii="Arial" w:hAnsi="Arial"/>
          <w:color w:val="1F4E79"/>
          <w:sz w:val="24"/>
        </w:rPr>
        <w:t>4. Academic Documentation and Training Equivalence</w:t>
      </w:r>
    </w:p>
    <w:p w14:paraId="64C19AC1" w14:textId="77777777" w:rsidR="009D07C3" w:rsidRDefault="004C6837">
      <w:pPr>
        <w:spacing w:after="80" w:line="252" w:lineRule="auto"/>
      </w:pPr>
      <w:r>
        <w:t>List all qualifications and training being relied upon for equivalence. Attach certificates, transcripts, course handbooks or verified institutional statements. Use additional rows if needed.</w:t>
      </w:r>
    </w:p>
    <w:tbl>
      <w:tblPr>
        <w:tblW w:w="0" w:type="auto"/>
        <w:jc w:val="center"/>
        <w:tblBorders>
          <w:top w:val="single" w:sz="4" w:space="0" w:color="7F7F7F"/>
          <w:left w:val="single" w:sz="4" w:space="0" w:color="7F7F7F"/>
          <w:bottom w:val="single" w:sz="4" w:space="0" w:color="7F7F7F"/>
          <w:right w:val="single" w:sz="4" w:space="0" w:color="7F7F7F"/>
          <w:insideH w:val="single" w:sz="4" w:space="0" w:color="7F7F7F"/>
          <w:insideV w:val="single" w:sz="4" w:space="0" w:color="7F7F7F"/>
        </w:tblBorders>
        <w:tblLook w:val="04A0" w:firstRow="1" w:lastRow="0" w:firstColumn="1" w:lastColumn="0" w:noHBand="0" w:noVBand="1"/>
      </w:tblPr>
      <w:tblGrid>
        <w:gridCol w:w="2016"/>
        <w:gridCol w:w="1944"/>
        <w:gridCol w:w="1224"/>
        <w:gridCol w:w="1152"/>
        <w:gridCol w:w="1728"/>
        <w:gridCol w:w="1296"/>
      </w:tblGrid>
      <w:tr w:rsidR="009D07C3" w14:paraId="115716DB" w14:textId="77777777">
        <w:trPr>
          <w:jc w:val="center"/>
        </w:trPr>
        <w:tc>
          <w:tcPr>
            <w:tcW w:w="2016" w:type="dxa"/>
            <w:shd w:val="clear" w:color="auto" w:fill="D9EAF7"/>
          </w:tcPr>
          <w:p w14:paraId="725AD732" w14:textId="77777777" w:rsidR="009D07C3" w:rsidRDefault="004C6837">
            <w:pPr>
              <w:spacing w:after="0"/>
            </w:pPr>
            <w:r>
              <w:rPr>
                <w:b/>
                <w:sz w:val="16"/>
              </w:rPr>
              <w:t>Qualification / course title</w:t>
            </w:r>
          </w:p>
        </w:tc>
        <w:tc>
          <w:tcPr>
            <w:tcW w:w="1944" w:type="dxa"/>
            <w:shd w:val="clear" w:color="auto" w:fill="D9EAF7"/>
          </w:tcPr>
          <w:p w14:paraId="21FE8763" w14:textId="77777777" w:rsidR="009D07C3" w:rsidRDefault="004C6837">
            <w:pPr>
              <w:spacing w:after="0"/>
            </w:pPr>
            <w:r>
              <w:rPr>
                <w:b/>
                <w:sz w:val="16"/>
              </w:rPr>
              <w:t>Awarding institution</w:t>
            </w:r>
          </w:p>
        </w:tc>
        <w:tc>
          <w:tcPr>
            <w:tcW w:w="1224" w:type="dxa"/>
            <w:shd w:val="clear" w:color="auto" w:fill="D9EAF7"/>
          </w:tcPr>
          <w:p w14:paraId="3C9C9BEF" w14:textId="77777777" w:rsidR="009D07C3" w:rsidRDefault="004C6837">
            <w:pPr>
              <w:spacing w:after="0"/>
            </w:pPr>
            <w:r>
              <w:rPr>
                <w:b/>
                <w:sz w:val="16"/>
              </w:rPr>
              <w:t>Level / award</w:t>
            </w:r>
          </w:p>
        </w:tc>
        <w:tc>
          <w:tcPr>
            <w:tcW w:w="1152" w:type="dxa"/>
            <w:shd w:val="clear" w:color="auto" w:fill="D9EAF7"/>
          </w:tcPr>
          <w:p w14:paraId="5F16F7CA" w14:textId="77777777" w:rsidR="009D07C3" w:rsidRDefault="004C6837">
            <w:pPr>
              <w:spacing w:after="0"/>
            </w:pPr>
            <w:r>
              <w:rPr>
                <w:b/>
                <w:sz w:val="16"/>
              </w:rPr>
              <w:t>Dates</w:t>
            </w:r>
          </w:p>
        </w:tc>
        <w:tc>
          <w:tcPr>
            <w:tcW w:w="1728" w:type="dxa"/>
            <w:shd w:val="clear" w:color="auto" w:fill="D9EAF7"/>
          </w:tcPr>
          <w:p w14:paraId="0F2CE3AB" w14:textId="77777777" w:rsidR="009D07C3" w:rsidRDefault="004C6837">
            <w:pPr>
              <w:spacing w:after="0"/>
            </w:pPr>
            <w:r>
              <w:rPr>
                <w:b/>
                <w:sz w:val="16"/>
              </w:rPr>
              <w:t>Modality / approach</w:t>
            </w:r>
          </w:p>
        </w:tc>
        <w:tc>
          <w:tcPr>
            <w:tcW w:w="1296" w:type="dxa"/>
            <w:shd w:val="clear" w:color="auto" w:fill="D9EAF7"/>
          </w:tcPr>
          <w:p w14:paraId="4826BE15" w14:textId="77777777" w:rsidR="009D07C3" w:rsidRDefault="004C6837">
            <w:pPr>
              <w:spacing w:after="0"/>
            </w:pPr>
            <w:r>
              <w:rPr>
                <w:b/>
                <w:sz w:val="16"/>
              </w:rPr>
              <w:t>Evidence attached?</w:t>
            </w:r>
          </w:p>
        </w:tc>
      </w:tr>
      <w:tr w:rsidR="009D07C3" w14:paraId="1AFE1E27" w14:textId="77777777">
        <w:trPr>
          <w:jc w:val="center"/>
        </w:trPr>
        <w:tc>
          <w:tcPr>
            <w:tcW w:w="2016" w:type="dxa"/>
          </w:tcPr>
          <w:p w14:paraId="55148043" w14:textId="77777777" w:rsidR="009D07C3" w:rsidRDefault="009D07C3">
            <w:pPr>
              <w:spacing w:after="0"/>
            </w:pPr>
          </w:p>
        </w:tc>
        <w:tc>
          <w:tcPr>
            <w:tcW w:w="1944" w:type="dxa"/>
          </w:tcPr>
          <w:p w14:paraId="0E8966BB" w14:textId="77777777" w:rsidR="009D07C3" w:rsidRDefault="009D07C3">
            <w:pPr>
              <w:spacing w:after="0"/>
            </w:pPr>
          </w:p>
        </w:tc>
        <w:tc>
          <w:tcPr>
            <w:tcW w:w="1224" w:type="dxa"/>
          </w:tcPr>
          <w:p w14:paraId="4836C5FC" w14:textId="77777777" w:rsidR="009D07C3" w:rsidRDefault="009D07C3">
            <w:pPr>
              <w:spacing w:after="0"/>
            </w:pPr>
          </w:p>
        </w:tc>
        <w:tc>
          <w:tcPr>
            <w:tcW w:w="1152" w:type="dxa"/>
          </w:tcPr>
          <w:p w14:paraId="78563B45" w14:textId="77777777" w:rsidR="009D07C3" w:rsidRDefault="009D07C3">
            <w:pPr>
              <w:spacing w:after="0"/>
            </w:pPr>
          </w:p>
        </w:tc>
        <w:tc>
          <w:tcPr>
            <w:tcW w:w="1728" w:type="dxa"/>
          </w:tcPr>
          <w:p w14:paraId="1F2CC765" w14:textId="77777777" w:rsidR="009D07C3" w:rsidRDefault="009D07C3">
            <w:pPr>
              <w:spacing w:after="0"/>
            </w:pPr>
          </w:p>
        </w:tc>
        <w:tc>
          <w:tcPr>
            <w:tcW w:w="1296" w:type="dxa"/>
          </w:tcPr>
          <w:p w14:paraId="13EA34F4" w14:textId="77777777" w:rsidR="009D07C3" w:rsidRDefault="004C6837">
            <w:pPr>
              <w:spacing w:after="0"/>
            </w:pPr>
            <w:r>
              <w:rPr>
                <w:sz w:val="16"/>
              </w:rPr>
              <w:t>[ ] Yes  [ ] No</w:t>
            </w:r>
          </w:p>
        </w:tc>
      </w:tr>
      <w:tr w:rsidR="009D07C3" w14:paraId="5D05E318" w14:textId="77777777">
        <w:trPr>
          <w:jc w:val="center"/>
        </w:trPr>
        <w:tc>
          <w:tcPr>
            <w:tcW w:w="2016" w:type="dxa"/>
          </w:tcPr>
          <w:p w14:paraId="21D789C6" w14:textId="77777777" w:rsidR="009D07C3" w:rsidRDefault="009D07C3">
            <w:pPr>
              <w:spacing w:after="0"/>
            </w:pPr>
          </w:p>
        </w:tc>
        <w:tc>
          <w:tcPr>
            <w:tcW w:w="1944" w:type="dxa"/>
          </w:tcPr>
          <w:p w14:paraId="64CD2EF8" w14:textId="77777777" w:rsidR="009D07C3" w:rsidRDefault="009D07C3">
            <w:pPr>
              <w:spacing w:after="0"/>
            </w:pPr>
          </w:p>
        </w:tc>
        <w:tc>
          <w:tcPr>
            <w:tcW w:w="1224" w:type="dxa"/>
          </w:tcPr>
          <w:p w14:paraId="2E8FC938" w14:textId="77777777" w:rsidR="009D07C3" w:rsidRDefault="009D07C3">
            <w:pPr>
              <w:spacing w:after="0"/>
            </w:pPr>
          </w:p>
        </w:tc>
        <w:tc>
          <w:tcPr>
            <w:tcW w:w="1152" w:type="dxa"/>
          </w:tcPr>
          <w:p w14:paraId="5D273D1D" w14:textId="77777777" w:rsidR="009D07C3" w:rsidRDefault="009D07C3">
            <w:pPr>
              <w:spacing w:after="0"/>
            </w:pPr>
          </w:p>
        </w:tc>
        <w:tc>
          <w:tcPr>
            <w:tcW w:w="1728" w:type="dxa"/>
          </w:tcPr>
          <w:p w14:paraId="45605E39" w14:textId="77777777" w:rsidR="009D07C3" w:rsidRDefault="009D07C3">
            <w:pPr>
              <w:spacing w:after="0"/>
            </w:pPr>
          </w:p>
        </w:tc>
        <w:tc>
          <w:tcPr>
            <w:tcW w:w="1296" w:type="dxa"/>
          </w:tcPr>
          <w:p w14:paraId="1D0B7EA3" w14:textId="77777777" w:rsidR="009D07C3" w:rsidRDefault="004C6837">
            <w:pPr>
              <w:spacing w:after="0"/>
            </w:pPr>
            <w:r>
              <w:rPr>
                <w:sz w:val="16"/>
              </w:rPr>
              <w:t>[ ] Yes  [ ] No</w:t>
            </w:r>
          </w:p>
        </w:tc>
      </w:tr>
      <w:tr w:rsidR="009D07C3" w14:paraId="6C320C6E" w14:textId="77777777">
        <w:trPr>
          <w:jc w:val="center"/>
        </w:trPr>
        <w:tc>
          <w:tcPr>
            <w:tcW w:w="2016" w:type="dxa"/>
          </w:tcPr>
          <w:p w14:paraId="45E5EC2E" w14:textId="77777777" w:rsidR="009D07C3" w:rsidRDefault="009D07C3">
            <w:pPr>
              <w:spacing w:after="0"/>
            </w:pPr>
          </w:p>
        </w:tc>
        <w:tc>
          <w:tcPr>
            <w:tcW w:w="1944" w:type="dxa"/>
          </w:tcPr>
          <w:p w14:paraId="20A28019" w14:textId="77777777" w:rsidR="009D07C3" w:rsidRDefault="009D07C3">
            <w:pPr>
              <w:spacing w:after="0"/>
            </w:pPr>
          </w:p>
        </w:tc>
        <w:tc>
          <w:tcPr>
            <w:tcW w:w="1224" w:type="dxa"/>
          </w:tcPr>
          <w:p w14:paraId="1518FB54" w14:textId="77777777" w:rsidR="009D07C3" w:rsidRDefault="009D07C3">
            <w:pPr>
              <w:spacing w:after="0"/>
            </w:pPr>
          </w:p>
        </w:tc>
        <w:tc>
          <w:tcPr>
            <w:tcW w:w="1152" w:type="dxa"/>
          </w:tcPr>
          <w:p w14:paraId="7A6E7A7D" w14:textId="77777777" w:rsidR="009D07C3" w:rsidRDefault="009D07C3">
            <w:pPr>
              <w:spacing w:after="0"/>
            </w:pPr>
          </w:p>
        </w:tc>
        <w:tc>
          <w:tcPr>
            <w:tcW w:w="1728" w:type="dxa"/>
          </w:tcPr>
          <w:p w14:paraId="7B5DF75B" w14:textId="77777777" w:rsidR="009D07C3" w:rsidRDefault="009D07C3">
            <w:pPr>
              <w:spacing w:after="0"/>
            </w:pPr>
          </w:p>
        </w:tc>
        <w:tc>
          <w:tcPr>
            <w:tcW w:w="1296" w:type="dxa"/>
          </w:tcPr>
          <w:p w14:paraId="5EE75844" w14:textId="77777777" w:rsidR="009D07C3" w:rsidRDefault="004C6837">
            <w:pPr>
              <w:spacing w:after="0"/>
            </w:pPr>
            <w:r>
              <w:rPr>
                <w:sz w:val="16"/>
              </w:rPr>
              <w:t>[ ] Yes  [ ] No</w:t>
            </w:r>
          </w:p>
        </w:tc>
      </w:tr>
      <w:tr w:rsidR="009D07C3" w14:paraId="7634F778" w14:textId="77777777">
        <w:trPr>
          <w:jc w:val="center"/>
        </w:trPr>
        <w:tc>
          <w:tcPr>
            <w:tcW w:w="2016" w:type="dxa"/>
          </w:tcPr>
          <w:p w14:paraId="5713CF19" w14:textId="77777777" w:rsidR="009D07C3" w:rsidRDefault="009D07C3">
            <w:pPr>
              <w:spacing w:after="0"/>
            </w:pPr>
          </w:p>
        </w:tc>
        <w:tc>
          <w:tcPr>
            <w:tcW w:w="1944" w:type="dxa"/>
          </w:tcPr>
          <w:p w14:paraId="2DFCC4BB" w14:textId="77777777" w:rsidR="009D07C3" w:rsidRDefault="009D07C3">
            <w:pPr>
              <w:spacing w:after="0"/>
            </w:pPr>
          </w:p>
        </w:tc>
        <w:tc>
          <w:tcPr>
            <w:tcW w:w="1224" w:type="dxa"/>
          </w:tcPr>
          <w:p w14:paraId="5513FAD2" w14:textId="77777777" w:rsidR="009D07C3" w:rsidRDefault="009D07C3">
            <w:pPr>
              <w:spacing w:after="0"/>
            </w:pPr>
          </w:p>
        </w:tc>
        <w:tc>
          <w:tcPr>
            <w:tcW w:w="1152" w:type="dxa"/>
          </w:tcPr>
          <w:p w14:paraId="7A8A2FAA" w14:textId="77777777" w:rsidR="009D07C3" w:rsidRDefault="009D07C3">
            <w:pPr>
              <w:spacing w:after="0"/>
            </w:pPr>
          </w:p>
        </w:tc>
        <w:tc>
          <w:tcPr>
            <w:tcW w:w="1728" w:type="dxa"/>
          </w:tcPr>
          <w:p w14:paraId="225383BF" w14:textId="77777777" w:rsidR="009D07C3" w:rsidRDefault="009D07C3">
            <w:pPr>
              <w:spacing w:after="0"/>
            </w:pPr>
          </w:p>
        </w:tc>
        <w:tc>
          <w:tcPr>
            <w:tcW w:w="1296" w:type="dxa"/>
          </w:tcPr>
          <w:p w14:paraId="78F1FAF1" w14:textId="77777777" w:rsidR="009D07C3" w:rsidRDefault="004C6837">
            <w:pPr>
              <w:spacing w:after="0"/>
            </w:pPr>
            <w:r>
              <w:rPr>
                <w:sz w:val="16"/>
              </w:rPr>
              <w:t>[ ] Yes  [ ] No</w:t>
            </w:r>
          </w:p>
        </w:tc>
      </w:tr>
      <w:tr w:rsidR="009D07C3" w14:paraId="1DA2BD89" w14:textId="77777777">
        <w:trPr>
          <w:jc w:val="center"/>
        </w:trPr>
        <w:tc>
          <w:tcPr>
            <w:tcW w:w="2016" w:type="dxa"/>
          </w:tcPr>
          <w:p w14:paraId="6906A39D" w14:textId="77777777" w:rsidR="009D07C3" w:rsidRDefault="009D07C3">
            <w:pPr>
              <w:spacing w:after="0"/>
            </w:pPr>
          </w:p>
        </w:tc>
        <w:tc>
          <w:tcPr>
            <w:tcW w:w="1944" w:type="dxa"/>
          </w:tcPr>
          <w:p w14:paraId="3EBFA2F7" w14:textId="77777777" w:rsidR="009D07C3" w:rsidRDefault="009D07C3">
            <w:pPr>
              <w:spacing w:after="0"/>
            </w:pPr>
          </w:p>
        </w:tc>
        <w:tc>
          <w:tcPr>
            <w:tcW w:w="1224" w:type="dxa"/>
          </w:tcPr>
          <w:p w14:paraId="58DBAAE8" w14:textId="77777777" w:rsidR="009D07C3" w:rsidRDefault="009D07C3">
            <w:pPr>
              <w:spacing w:after="0"/>
            </w:pPr>
          </w:p>
        </w:tc>
        <w:tc>
          <w:tcPr>
            <w:tcW w:w="1152" w:type="dxa"/>
          </w:tcPr>
          <w:p w14:paraId="7E386390" w14:textId="77777777" w:rsidR="009D07C3" w:rsidRDefault="009D07C3">
            <w:pPr>
              <w:spacing w:after="0"/>
            </w:pPr>
          </w:p>
        </w:tc>
        <w:tc>
          <w:tcPr>
            <w:tcW w:w="1728" w:type="dxa"/>
          </w:tcPr>
          <w:p w14:paraId="545090FC" w14:textId="77777777" w:rsidR="009D07C3" w:rsidRDefault="009D07C3">
            <w:pPr>
              <w:spacing w:after="0"/>
            </w:pPr>
          </w:p>
        </w:tc>
        <w:tc>
          <w:tcPr>
            <w:tcW w:w="1296" w:type="dxa"/>
          </w:tcPr>
          <w:p w14:paraId="31D6EF2F" w14:textId="77777777" w:rsidR="009D07C3" w:rsidRDefault="004C6837">
            <w:pPr>
              <w:spacing w:after="0"/>
            </w:pPr>
            <w:r>
              <w:rPr>
                <w:sz w:val="16"/>
              </w:rPr>
              <w:t>[ ] Yes  [ ] No</w:t>
            </w:r>
          </w:p>
        </w:tc>
      </w:tr>
      <w:tr w:rsidR="009D07C3" w14:paraId="6BA222D5" w14:textId="77777777">
        <w:trPr>
          <w:jc w:val="center"/>
        </w:trPr>
        <w:tc>
          <w:tcPr>
            <w:tcW w:w="2016" w:type="dxa"/>
          </w:tcPr>
          <w:p w14:paraId="074DF3FC" w14:textId="77777777" w:rsidR="009D07C3" w:rsidRDefault="009D07C3">
            <w:pPr>
              <w:spacing w:after="0"/>
            </w:pPr>
          </w:p>
        </w:tc>
        <w:tc>
          <w:tcPr>
            <w:tcW w:w="1944" w:type="dxa"/>
          </w:tcPr>
          <w:p w14:paraId="5495BB66" w14:textId="77777777" w:rsidR="009D07C3" w:rsidRDefault="009D07C3">
            <w:pPr>
              <w:spacing w:after="0"/>
            </w:pPr>
          </w:p>
        </w:tc>
        <w:tc>
          <w:tcPr>
            <w:tcW w:w="1224" w:type="dxa"/>
          </w:tcPr>
          <w:p w14:paraId="0F432262" w14:textId="77777777" w:rsidR="009D07C3" w:rsidRDefault="009D07C3">
            <w:pPr>
              <w:spacing w:after="0"/>
            </w:pPr>
          </w:p>
        </w:tc>
        <w:tc>
          <w:tcPr>
            <w:tcW w:w="1152" w:type="dxa"/>
          </w:tcPr>
          <w:p w14:paraId="1D8AB36A" w14:textId="77777777" w:rsidR="009D07C3" w:rsidRDefault="009D07C3">
            <w:pPr>
              <w:spacing w:after="0"/>
            </w:pPr>
          </w:p>
        </w:tc>
        <w:tc>
          <w:tcPr>
            <w:tcW w:w="1728" w:type="dxa"/>
          </w:tcPr>
          <w:p w14:paraId="6D11AA9E" w14:textId="77777777" w:rsidR="009D07C3" w:rsidRDefault="009D07C3">
            <w:pPr>
              <w:spacing w:after="0"/>
            </w:pPr>
          </w:p>
        </w:tc>
        <w:tc>
          <w:tcPr>
            <w:tcW w:w="1296" w:type="dxa"/>
          </w:tcPr>
          <w:p w14:paraId="59CB69AE" w14:textId="77777777" w:rsidR="009D07C3" w:rsidRDefault="004C6837">
            <w:pPr>
              <w:spacing w:after="0"/>
            </w:pPr>
            <w:r>
              <w:rPr>
                <w:sz w:val="16"/>
              </w:rPr>
              <w:t>[ ] Yes  [ ] No</w:t>
            </w:r>
          </w:p>
        </w:tc>
      </w:tr>
    </w:tbl>
    <w:p w14:paraId="461F316D" w14:textId="77777777" w:rsidR="009D07C3" w:rsidRDefault="009D07C3">
      <w:pPr>
        <w:spacing w:after="40"/>
      </w:pPr>
    </w:p>
    <w:p w14:paraId="35B7F9BD" w14:textId="77777777" w:rsidR="009D07C3" w:rsidRDefault="004C6837">
      <w:pPr>
        <w:pStyle w:val="Heading1"/>
        <w:spacing w:before="160" w:after="80"/>
      </w:pPr>
      <w:r>
        <w:rPr>
          <w:rFonts w:ascii="Arial" w:hAnsi="Arial"/>
          <w:color w:val="1F4E79"/>
          <w:sz w:val="24"/>
        </w:rPr>
        <w:t>5. Training Hours Breakdown</w:t>
      </w:r>
    </w:p>
    <w:p w14:paraId="6DF4AB03" w14:textId="77777777" w:rsidR="009D07C3" w:rsidRDefault="004C6837">
      <w:pPr>
        <w:spacing w:after="80" w:line="252" w:lineRule="auto"/>
      </w:pPr>
      <w:r>
        <w:t>Complete the table for the route applied for. The totals should reconcile with supporting documentation.</w:t>
      </w:r>
    </w:p>
    <w:tbl>
      <w:tblPr>
        <w:tblW w:w="0" w:type="auto"/>
        <w:jc w:val="center"/>
        <w:tblBorders>
          <w:top w:val="single" w:sz="4" w:space="0" w:color="7F7F7F"/>
          <w:left w:val="single" w:sz="4" w:space="0" w:color="7F7F7F"/>
          <w:bottom w:val="single" w:sz="4" w:space="0" w:color="7F7F7F"/>
          <w:right w:val="single" w:sz="4" w:space="0" w:color="7F7F7F"/>
          <w:insideH w:val="single" w:sz="4" w:space="0" w:color="7F7F7F"/>
          <w:insideV w:val="single" w:sz="4" w:space="0" w:color="7F7F7F"/>
        </w:tblBorders>
        <w:tblLook w:val="04A0" w:firstRow="1" w:lastRow="0" w:firstColumn="1" w:lastColumn="0" w:noHBand="0" w:noVBand="1"/>
      </w:tblPr>
      <w:tblGrid>
        <w:gridCol w:w="2592"/>
        <w:gridCol w:w="2088"/>
        <w:gridCol w:w="2376"/>
        <w:gridCol w:w="1440"/>
        <w:gridCol w:w="1656"/>
      </w:tblGrid>
      <w:tr w:rsidR="009D07C3" w14:paraId="295AF8E2" w14:textId="77777777">
        <w:trPr>
          <w:jc w:val="center"/>
        </w:trPr>
        <w:tc>
          <w:tcPr>
            <w:tcW w:w="2592" w:type="dxa"/>
            <w:shd w:val="clear" w:color="auto" w:fill="D9EAF7"/>
          </w:tcPr>
          <w:p w14:paraId="5E518CBF" w14:textId="77777777" w:rsidR="009D07C3" w:rsidRDefault="004C6837">
            <w:pPr>
              <w:spacing w:after="0"/>
            </w:pPr>
            <w:r>
              <w:rPr>
                <w:b/>
                <w:sz w:val="16"/>
              </w:rPr>
              <w:t>Training component</w:t>
            </w:r>
          </w:p>
        </w:tc>
        <w:tc>
          <w:tcPr>
            <w:tcW w:w="2088" w:type="dxa"/>
            <w:shd w:val="clear" w:color="auto" w:fill="D9EAF7"/>
          </w:tcPr>
          <w:p w14:paraId="7991628F" w14:textId="77777777" w:rsidR="009D07C3" w:rsidRDefault="004C6837">
            <w:pPr>
              <w:spacing w:after="0"/>
            </w:pPr>
            <w:r>
              <w:rPr>
                <w:b/>
                <w:sz w:val="16"/>
              </w:rPr>
              <w:t>Psychotherapist minimum</w:t>
            </w:r>
          </w:p>
        </w:tc>
        <w:tc>
          <w:tcPr>
            <w:tcW w:w="2376" w:type="dxa"/>
            <w:shd w:val="clear" w:color="auto" w:fill="D9EAF7"/>
          </w:tcPr>
          <w:p w14:paraId="597F0CB9" w14:textId="77777777" w:rsidR="009D07C3" w:rsidRDefault="004C6837">
            <w:pPr>
              <w:spacing w:after="0"/>
            </w:pPr>
            <w:r>
              <w:rPr>
                <w:b/>
                <w:sz w:val="16"/>
              </w:rPr>
              <w:t>Psychotherapeutic Counsellor minimum</w:t>
            </w:r>
          </w:p>
        </w:tc>
        <w:tc>
          <w:tcPr>
            <w:tcW w:w="1440" w:type="dxa"/>
            <w:shd w:val="clear" w:color="auto" w:fill="D9EAF7"/>
          </w:tcPr>
          <w:p w14:paraId="7A17E9F3" w14:textId="77777777" w:rsidR="009D07C3" w:rsidRDefault="004C6837">
            <w:pPr>
              <w:spacing w:after="0"/>
            </w:pPr>
            <w:r>
              <w:rPr>
                <w:b/>
                <w:sz w:val="16"/>
              </w:rPr>
              <w:t>Applicant hours claimed</w:t>
            </w:r>
          </w:p>
        </w:tc>
        <w:tc>
          <w:tcPr>
            <w:tcW w:w="1656" w:type="dxa"/>
            <w:shd w:val="clear" w:color="auto" w:fill="D9EAF7"/>
          </w:tcPr>
          <w:p w14:paraId="0276F9D4" w14:textId="77777777" w:rsidR="009D07C3" w:rsidRDefault="004C6837">
            <w:pPr>
              <w:spacing w:after="0"/>
            </w:pPr>
            <w:r>
              <w:rPr>
                <w:b/>
                <w:sz w:val="16"/>
              </w:rPr>
              <w:t>Evidence reference</w:t>
            </w:r>
          </w:p>
        </w:tc>
      </w:tr>
      <w:tr w:rsidR="009D07C3" w14:paraId="6854F74F" w14:textId="77777777">
        <w:trPr>
          <w:jc w:val="center"/>
        </w:trPr>
        <w:tc>
          <w:tcPr>
            <w:tcW w:w="2592" w:type="dxa"/>
          </w:tcPr>
          <w:p w14:paraId="220AB8CB" w14:textId="77777777" w:rsidR="009D07C3" w:rsidRDefault="004C6837">
            <w:pPr>
              <w:spacing w:after="0"/>
            </w:pPr>
            <w:r>
              <w:rPr>
                <w:sz w:val="16"/>
              </w:rPr>
              <w:t>Core theoretical / skills training</w:t>
            </w:r>
          </w:p>
        </w:tc>
        <w:tc>
          <w:tcPr>
            <w:tcW w:w="2088" w:type="dxa"/>
          </w:tcPr>
          <w:p w14:paraId="10600131" w14:textId="77777777" w:rsidR="009D07C3" w:rsidRDefault="004C6837">
            <w:pPr>
              <w:spacing w:after="0"/>
            </w:pPr>
            <w:r>
              <w:rPr>
                <w:sz w:val="16"/>
              </w:rPr>
              <w:t>Part of 900 total hours</w:t>
            </w:r>
          </w:p>
        </w:tc>
        <w:tc>
          <w:tcPr>
            <w:tcW w:w="2376" w:type="dxa"/>
          </w:tcPr>
          <w:p w14:paraId="4E1A662E" w14:textId="77777777" w:rsidR="009D07C3" w:rsidRDefault="004C6837">
            <w:pPr>
              <w:spacing w:after="0"/>
            </w:pPr>
            <w:r>
              <w:rPr>
                <w:sz w:val="16"/>
              </w:rPr>
              <w:t>Part of 450 total hours</w:t>
            </w:r>
          </w:p>
        </w:tc>
        <w:tc>
          <w:tcPr>
            <w:tcW w:w="1440" w:type="dxa"/>
          </w:tcPr>
          <w:p w14:paraId="65CEC115" w14:textId="77777777" w:rsidR="009D07C3" w:rsidRDefault="009D07C3">
            <w:pPr>
              <w:spacing w:after="0"/>
            </w:pPr>
          </w:p>
        </w:tc>
        <w:tc>
          <w:tcPr>
            <w:tcW w:w="1656" w:type="dxa"/>
          </w:tcPr>
          <w:p w14:paraId="47D242AE" w14:textId="77777777" w:rsidR="009D07C3" w:rsidRDefault="009D07C3">
            <w:pPr>
              <w:spacing w:after="0"/>
            </w:pPr>
          </w:p>
        </w:tc>
      </w:tr>
      <w:tr w:rsidR="009D07C3" w14:paraId="12300A09" w14:textId="77777777">
        <w:trPr>
          <w:jc w:val="center"/>
        </w:trPr>
        <w:tc>
          <w:tcPr>
            <w:tcW w:w="2592" w:type="dxa"/>
          </w:tcPr>
          <w:p w14:paraId="1EA07355" w14:textId="77777777" w:rsidR="009D07C3" w:rsidRDefault="004C6837">
            <w:pPr>
              <w:spacing w:after="0"/>
            </w:pPr>
            <w:r>
              <w:rPr>
                <w:sz w:val="16"/>
              </w:rPr>
              <w:t>Supervised practice / placement learning</w:t>
            </w:r>
          </w:p>
        </w:tc>
        <w:tc>
          <w:tcPr>
            <w:tcW w:w="2088" w:type="dxa"/>
          </w:tcPr>
          <w:p w14:paraId="0C75515C" w14:textId="77777777" w:rsidR="009D07C3" w:rsidRDefault="004C6837">
            <w:pPr>
              <w:spacing w:after="0"/>
            </w:pPr>
            <w:r>
              <w:rPr>
                <w:sz w:val="16"/>
              </w:rPr>
              <w:t>Part of 900 total hours</w:t>
            </w:r>
          </w:p>
        </w:tc>
        <w:tc>
          <w:tcPr>
            <w:tcW w:w="2376" w:type="dxa"/>
          </w:tcPr>
          <w:p w14:paraId="0BBEE2DC" w14:textId="77777777" w:rsidR="009D07C3" w:rsidRDefault="004C6837">
            <w:pPr>
              <w:spacing w:after="0"/>
            </w:pPr>
            <w:r>
              <w:rPr>
                <w:sz w:val="16"/>
              </w:rPr>
              <w:t>Part of 450 total hours</w:t>
            </w:r>
          </w:p>
        </w:tc>
        <w:tc>
          <w:tcPr>
            <w:tcW w:w="1440" w:type="dxa"/>
          </w:tcPr>
          <w:p w14:paraId="3511BA62" w14:textId="77777777" w:rsidR="009D07C3" w:rsidRDefault="009D07C3">
            <w:pPr>
              <w:spacing w:after="0"/>
            </w:pPr>
          </w:p>
        </w:tc>
        <w:tc>
          <w:tcPr>
            <w:tcW w:w="1656" w:type="dxa"/>
          </w:tcPr>
          <w:p w14:paraId="04281EBE" w14:textId="77777777" w:rsidR="009D07C3" w:rsidRDefault="009D07C3">
            <w:pPr>
              <w:spacing w:after="0"/>
            </w:pPr>
          </w:p>
        </w:tc>
      </w:tr>
      <w:tr w:rsidR="009D07C3" w14:paraId="49E4055E" w14:textId="77777777">
        <w:trPr>
          <w:jc w:val="center"/>
        </w:trPr>
        <w:tc>
          <w:tcPr>
            <w:tcW w:w="2592" w:type="dxa"/>
          </w:tcPr>
          <w:p w14:paraId="57FDB8C9" w14:textId="77777777" w:rsidR="009D07C3" w:rsidRDefault="004C6837">
            <w:pPr>
              <w:spacing w:after="0"/>
            </w:pPr>
            <w:r>
              <w:rPr>
                <w:sz w:val="16"/>
              </w:rPr>
              <w:t>Mental health familiarisation taught hours / placement</w:t>
            </w:r>
          </w:p>
        </w:tc>
        <w:tc>
          <w:tcPr>
            <w:tcW w:w="2088" w:type="dxa"/>
          </w:tcPr>
          <w:p w14:paraId="3BA6D5BB" w14:textId="77777777" w:rsidR="009D07C3" w:rsidRDefault="004C6837">
            <w:pPr>
              <w:spacing w:after="0"/>
            </w:pPr>
            <w:r>
              <w:rPr>
                <w:sz w:val="16"/>
              </w:rPr>
              <w:t>Part of 900 total hours; portfolio required</w:t>
            </w:r>
          </w:p>
        </w:tc>
        <w:tc>
          <w:tcPr>
            <w:tcW w:w="2376" w:type="dxa"/>
          </w:tcPr>
          <w:p w14:paraId="0A623131" w14:textId="4209A279" w:rsidR="009D07C3" w:rsidRDefault="00EA057E">
            <w:pPr>
              <w:spacing w:after="0"/>
            </w:pPr>
            <w:r>
              <w:rPr>
                <w:sz w:val="16"/>
              </w:rPr>
              <w:t>MHFP not required</w:t>
            </w:r>
          </w:p>
        </w:tc>
        <w:tc>
          <w:tcPr>
            <w:tcW w:w="1440" w:type="dxa"/>
          </w:tcPr>
          <w:p w14:paraId="7405D880" w14:textId="77777777" w:rsidR="009D07C3" w:rsidRDefault="009D07C3">
            <w:pPr>
              <w:spacing w:after="0"/>
            </w:pPr>
          </w:p>
        </w:tc>
        <w:tc>
          <w:tcPr>
            <w:tcW w:w="1656" w:type="dxa"/>
          </w:tcPr>
          <w:p w14:paraId="1F4F8D14" w14:textId="77777777" w:rsidR="009D07C3" w:rsidRDefault="009D07C3">
            <w:pPr>
              <w:spacing w:after="0"/>
            </w:pPr>
          </w:p>
        </w:tc>
      </w:tr>
      <w:tr w:rsidR="009D07C3" w14:paraId="6211027E" w14:textId="77777777">
        <w:trPr>
          <w:jc w:val="center"/>
        </w:trPr>
        <w:tc>
          <w:tcPr>
            <w:tcW w:w="2592" w:type="dxa"/>
          </w:tcPr>
          <w:p w14:paraId="4BAEBD77" w14:textId="77777777" w:rsidR="009D07C3" w:rsidRDefault="004C6837">
            <w:pPr>
              <w:spacing w:after="0"/>
            </w:pPr>
            <w:r>
              <w:rPr>
                <w:sz w:val="16"/>
              </w:rPr>
              <w:t>Self-directed learning</w:t>
            </w:r>
          </w:p>
        </w:tc>
        <w:tc>
          <w:tcPr>
            <w:tcW w:w="2088" w:type="dxa"/>
          </w:tcPr>
          <w:p w14:paraId="09A761AA" w14:textId="77777777" w:rsidR="009D07C3" w:rsidRDefault="004C6837">
            <w:pPr>
              <w:spacing w:after="0"/>
            </w:pPr>
            <w:r>
              <w:rPr>
                <w:sz w:val="16"/>
              </w:rPr>
              <w:t>Part of 900 total hours</w:t>
            </w:r>
          </w:p>
        </w:tc>
        <w:tc>
          <w:tcPr>
            <w:tcW w:w="2376" w:type="dxa"/>
          </w:tcPr>
          <w:p w14:paraId="755A6BA7" w14:textId="77777777" w:rsidR="009D07C3" w:rsidRDefault="004C6837">
            <w:pPr>
              <w:spacing w:after="0"/>
            </w:pPr>
            <w:r>
              <w:rPr>
                <w:sz w:val="16"/>
              </w:rPr>
              <w:t>Part of 450 total hours</w:t>
            </w:r>
          </w:p>
        </w:tc>
        <w:tc>
          <w:tcPr>
            <w:tcW w:w="1440" w:type="dxa"/>
          </w:tcPr>
          <w:p w14:paraId="28E0EF03" w14:textId="77777777" w:rsidR="009D07C3" w:rsidRDefault="009D07C3">
            <w:pPr>
              <w:spacing w:after="0"/>
            </w:pPr>
          </w:p>
        </w:tc>
        <w:tc>
          <w:tcPr>
            <w:tcW w:w="1656" w:type="dxa"/>
          </w:tcPr>
          <w:p w14:paraId="583E1DFB" w14:textId="77777777" w:rsidR="009D07C3" w:rsidRDefault="009D07C3">
            <w:pPr>
              <w:spacing w:after="0"/>
            </w:pPr>
          </w:p>
        </w:tc>
      </w:tr>
      <w:tr w:rsidR="009D07C3" w14:paraId="384BAE01" w14:textId="77777777">
        <w:trPr>
          <w:jc w:val="center"/>
        </w:trPr>
        <w:tc>
          <w:tcPr>
            <w:tcW w:w="2592" w:type="dxa"/>
          </w:tcPr>
          <w:p w14:paraId="41999396" w14:textId="77777777" w:rsidR="009D07C3" w:rsidRDefault="004C6837">
            <w:pPr>
              <w:spacing w:after="0"/>
            </w:pPr>
            <w:r>
              <w:rPr>
                <w:sz w:val="16"/>
              </w:rPr>
              <w:t>Client practice hours prior to qualification</w:t>
            </w:r>
          </w:p>
        </w:tc>
        <w:tc>
          <w:tcPr>
            <w:tcW w:w="2088" w:type="dxa"/>
          </w:tcPr>
          <w:p w14:paraId="3BBFA5FA" w14:textId="77777777" w:rsidR="009D07C3" w:rsidRDefault="004C6837">
            <w:pPr>
              <w:spacing w:after="0"/>
            </w:pPr>
            <w:r>
              <w:rPr>
                <w:sz w:val="16"/>
              </w:rPr>
              <w:t>Record if applicable</w:t>
            </w:r>
          </w:p>
        </w:tc>
        <w:tc>
          <w:tcPr>
            <w:tcW w:w="2376" w:type="dxa"/>
          </w:tcPr>
          <w:p w14:paraId="424F4269" w14:textId="77777777" w:rsidR="009D07C3" w:rsidRDefault="004C6837">
            <w:pPr>
              <w:spacing w:after="0"/>
            </w:pPr>
            <w:r>
              <w:rPr>
                <w:sz w:val="16"/>
              </w:rPr>
              <w:t>Minimum 100 supervised client practice hours prior to qualification</w:t>
            </w:r>
          </w:p>
        </w:tc>
        <w:tc>
          <w:tcPr>
            <w:tcW w:w="1440" w:type="dxa"/>
          </w:tcPr>
          <w:p w14:paraId="75B380C5" w14:textId="77777777" w:rsidR="009D07C3" w:rsidRDefault="009D07C3">
            <w:pPr>
              <w:spacing w:after="0"/>
            </w:pPr>
          </w:p>
        </w:tc>
        <w:tc>
          <w:tcPr>
            <w:tcW w:w="1656" w:type="dxa"/>
          </w:tcPr>
          <w:p w14:paraId="0260027A" w14:textId="77777777" w:rsidR="009D07C3" w:rsidRDefault="009D07C3">
            <w:pPr>
              <w:spacing w:after="0"/>
            </w:pPr>
          </w:p>
        </w:tc>
      </w:tr>
      <w:tr w:rsidR="009D07C3" w14:paraId="245DBF63" w14:textId="77777777">
        <w:trPr>
          <w:jc w:val="center"/>
        </w:trPr>
        <w:tc>
          <w:tcPr>
            <w:tcW w:w="2592" w:type="dxa"/>
          </w:tcPr>
          <w:p w14:paraId="4A5F323C" w14:textId="77777777" w:rsidR="009D07C3" w:rsidRDefault="004C6837">
            <w:pPr>
              <w:spacing w:after="0"/>
            </w:pPr>
            <w:r>
              <w:rPr>
                <w:sz w:val="16"/>
              </w:rPr>
              <w:t>Total training hours evidenced</w:t>
            </w:r>
          </w:p>
        </w:tc>
        <w:tc>
          <w:tcPr>
            <w:tcW w:w="2088" w:type="dxa"/>
          </w:tcPr>
          <w:p w14:paraId="4116F86C" w14:textId="77777777" w:rsidR="009D07C3" w:rsidRDefault="004C6837">
            <w:pPr>
              <w:spacing w:after="0"/>
            </w:pPr>
            <w:r>
              <w:rPr>
                <w:sz w:val="16"/>
              </w:rPr>
              <w:t>Minimum 900</w:t>
            </w:r>
          </w:p>
        </w:tc>
        <w:tc>
          <w:tcPr>
            <w:tcW w:w="2376" w:type="dxa"/>
          </w:tcPr>
          <w:p w14:paraId="29450BCC" w14:textId="77777777" w:rsidR="009D07C3" w:rsidRDefault="004C6837">
            <w:pPr>
              <w:spacing w:after="0"/>
            </w:pPr>
            <w:r>
              <w:rPr>
                <w:sz w:val="16"/>
              </w:rPr>
              <w:t>Minimum 450 plus 100 client practice hours prior to qualification</w:t>
            </w:r>
          </w:p>
        </w:tc>
        <w:tc>
          <w:tcPr>
            <w:tcW w:w="1440" w:type="dxa"/>
          </w:tcPr>
          <w:p w14:paraId="58E24C4D" w14:textId="77777777" w:rsidR="009D07C3" w:rsidRDefault="009D07C3">
            <w:pPr>
              <w:spacing w:after="0"/>
            </w:pPr>
          </w:p>
        </w:tc>
        <w:tc>
          <w:tcPr>
            <w:tcW w:w="1656" w:type="dxa"/>
          </w:tcPr>
          <w:p w14:paraId="7C9612D7" w14:textId="77777777" w:rsidR="009D07C3" w:rsidRDefault="009D07C3">
            <w:pPr>
              <w:spacing w:after="0"/>
            </w:pPr>
          </w:p>
        </w:tc>
      </w:tr>
    </w:tbl>
    <w:p w14:paraId="3B84076A" w14:textId="77777777" w:rsidR="009D07C3" w:rsidRDefault="009D07C3">
      <w:pPr>
        <w:spacing w:after="40"/>
      </w:pPr>
    </w:p>
    <w:p w14:paraId="531D4E2A" w14:textId="77777777" w:rsidR="009D07C3" w:rsidRDefault="004C6837">
      <w:pPr>
        <w:pStyle w:val="Heading1"/>
        <w:spacing w:before="160" w:after="80"/>
      </w:pPr>
      <w:r>
        <w:rPr>
          <w:rFonts w:ascii="Arial" w:hAnsi="Arial"/>
          <w:color w:val="1F4E79"/>
          <w:sz w:val="24"/>
        </w:rPr>
        <w:t>6. Supervised Adult Client Contact Hours</w:t>
      </w:r>
    </w:p>
    <w:p w14:paraId="264C873D" w14:textId="77777777" w:rsidR="009D07C3" w:rsidRDefault="004C6837">
      <w:pPr>
        <w:spacing w:after="80" w:line="252" w:lineRule="auto"/>
      </w:pPr>
      <w:r>
        <w:t>Evidence must show a minimum of 450 supervised adult client contact hours for either title, with a minimum supervision ratio of 1:6. Include supervisor reports or signed verification.</w:t>
      </w:r>
    </w:p>
    <w:tbl>
      <w:tblPr>
        <w:tblW w:w="0" w:type="auto"/>
        <w:jc w:val="center"/>
        <w:tblBorders>
          <w:top w:val="single" w:sz="4" w:space="0" w:color="7F7F7F"/>
          <w:left w:val="single" w:sz="4" w:space="0" w:color="7F7F7F"/>
          <w:bottom w:val="single" w:sz="4" w:space="0" w:color="7F7F7F"/>
          <w:right w:val="single" w:sz="4" w:space="0" w:color="7F7F7F"/>
          <w:insideH w:val="single" w:sz="4" w:space="0" w:color="7F7F7F"/>
          <w:insideV w:val="single" w:sz="4" w:space="0" w:color="7F7F7F"/>
        </w:tblBorders>
        <w:tblLook w:val="04A0" w:firstRow="1" w:lastRow="0" w:firstColumn="1" w:lastColumn="0" w:noHBand="0" w:noVBand="1"/>
      </w:tblPr>
      <w:tblGrid>
        <w:gridCol w:w="1656"/>
        <w:gridCol w:w="1224"/>
        <w:gridCol w:w="1944"/>
        <w:gridCol w:w="1152"/>
        <w:gridCol w:w="1152"/>
        <w:gridCol w:w="1152"/>
        <w:gridCol w:w="1512"/>
      </w:tblGrid>
      <w:tr w:rsidR="009D07C3" w14:paraId="56BD6122" w14:textId="77777777">
        <w:trPr>
          <w:jc w:val="center"/>
        </w:trPr>
        <w:tc>
          <w:tcPr>
            <w:tcW w:w="1656" w:type="dxa"/>
            <w:shd w:val="clear" w:color="auto" w:fill="D9EAF7"/>
          </w:tcPr>
          <w:p w14:paraId="60ECEACD" w14:textId="77777777" w:rsidR="009D07C3" w:rsidRDefault="004C6837">
            <w:pPr>
              <w:spacing w:after="0"/>
            </w:pPr>
            <w:r>
              <w:rPr>
                <w:b/>
                <w:sz w:val="15"/>
              </w:rPr>
              <w:t>Practice setting</w:t>
            </w:r>
          </w:p>
        </w:tc>
        <w:tc>
          <w:tcPr>
            <w:tcW w:w="1224" w:type="dxa"/>
            <w:shd w:val="clear" w:color="auto" w:fill="D9EAF7"/>
          </w:tcPr>
          <w:p w14:paraId="7BF8AAC9" w14:textId="77777777" w:rsidR="009D07C3" w:rsidRDefault="004C6837">
            <w:pPr>
              <w:spacing w:after="0"/>
            </w:pPr>
            <w:r>
              <w:rPr>
                <w:b/>
                <w:sz w:val="15"/>
              </w:rPr>
              <w:t>Dates</w:t>
            </w:r>
          </w:p>
        </w:tc>
        <w:tc>
          <w:tcPr>
            <w:tcW w:w="1944" w:type="dxa"/>
            <w:shd w:val="clear" w:color="auto" w:fill="D9EAF7"/>
          </w:tcPr>
          <w:p w14:paraId="0DBCEBF1" w14:textId="77777777" w:rsidR="009D07C3" w:rsidRDefault="004C6837">
            <w:pPr>
              <w:spacing w:after="0"/>
            </w:pPr>
            <w:r>
              <w:rPr>
                <w:b/>
                <w:sz w:val="15"/>
              </w:rPr>
              <w:t>Client group / adult client profile</w:t>
            </w:r>
          </w:p>
        </w:tc>
        <w:tc>
          <w:tcPr>
            <w:tcW w:w="1152" w:type="dxa"/>
            <w:shd w:val="clear" w:color="auto" w:fill="D9EAF7"/>
          </w:tcPr>
          <w:p w14:paraId="23B4270A" w14:textId="77777777" w:rsidR="009D07C3" w:rsidRDefault="004C6837">
            <w:pPr>
              <w:spacing w:after="0"/>
            </w:pPr>
            <w:r>
              <w:rPr>
                <w:b/>
                <w:sz w:val="15"/>
              </w:rPr>
              <w:t>Client contact hours</w:t>
            </w:r>
          </w:p>
        </w:tc>
        <w:tc>
          <w:tcPr>
            <w:tcW w:w="1152" w:type="dxa"/>
            <w:shd w:val="clear" w:color="auto" w:fill="D9EAF7"/>
          </w:tcPr>
          <w:p w14:paraId="514A5DBC" w14:textId="77777777" w:rsidR="009D07C3" w:rsidRDefault="004C6837">
            <w:pPr>
              <w:spacing w:after="0"/>
            </w:pPr>
            <w:r>
              <w:rPr>
                <w:b/>
                <w:sz w:val="15"/>
              </w:rPr>
              <w:t>Supervision hours</w:t>
            </w:r>
          </w:p>
        </w:tc>
        <w:tc>
          <w:tcPr>
            <w:tcW w:w="1152" w:type="dxa"/>
            <w:shd w:val="clear" w:color="auto" w:fill="D9EAF7"/>
          </w:tcPr>
          <w:p w14:paraId="2CFACA7E" w14:textId="77777777" w:rsidR="009D07C3" w:rsidRDefault="004C6837">
            <w:pPr>
              <w:spacing w:after="0"/>
            </w:pPr>
            <w:r>
              <w:rPr>
                <w:b/>
                <w:sz w:val="15"/>
              </w:rPr>
              <w:t>Ratio achieved</w:t>
            </w:r>
          </w:p>
        </w:tc>
        <w:tc>
          <w:tcPr>
            <w:tcW w:w="1512" w:type="dxa"/>
            <w:shd w:val="clear" w:color="auto" w:fill="D9EAF7"/>
          </w:tcPr>
          <w:p w14:paraId="2C370B68" w14:textId="77777777" w:rsidR="009D07C3" w:rsidRDefault="004C6837">
            <w:pPr>
              <w:spacing w:after="0"/>
            </w:pPr>
            <w:r>
              <w:rPr>
                <w:b/>
                <w:sz w:val="15"/>
              </w:rPr>
              <w:t>Supervisor evidence attached?</w:t>
            </w:r>
          </w:p>
        </w:tc>
      </w:tr>
      <w:tr w:rsidR="009D07C3" w14:paraId="657BCAAE" w14:textId="77777777">
        <w:trPr>
          <w:jc w:val="center"/>
        </w:trPr>
        <w:tc>
          <w:tcPr>
            <w:tcW w:w="1656" w:type="dxa"/>
          </w:tcPr>
          <w:p w14:paraId="3A4432B6" w14:textId="77777777" w:rsidR="009D07C3" w:rsidRDefault="009D07C3">
            <w:pPr>
              <w:spacing w:after="0"/>
            </w:pPr>
          </w:p>
        </w:tc>
        <w:tc>
          <w:tcPr>
            <w:tcW w:w="1224" w:type="dxa"/>
          </w:tcPr>
          <w:p w14:paraId="655A5664" w14:textId="77777777" w:rsidR="009D07C3" w:rsidRDefault="009D07C3">
            <w:pPr>
              <w:spacing w:after="0"/>
            </w:pPr>
          </w:p>
        </w:tc>
        <w:tc>
          <w:tcPr>
            <w:tcW w:w="1944" w:type="dxa"/>
          </w:tcPr>
          <w:p w14:paraId="55B13835" w14:textId="77777777" w:rsidR="009D07C3" w:rsidRDefault="009D07C3">
            <w:pPr>
              <w:spacing w:after="0"/>
            </w:pPr>
          </w:p>
        </w:tc>
        <w:tc>
          <w:tcPr>
            <w:tcW w:w="1152" w:type="dxa"/>
          </w:tcPr>
          <w:p w14:paraId="0AC62917" w14:textId="77777777" w:rsidR="009D07C3" w:rsidRDefault="009D07C3">
            <w:pPr>
              <w:spacing w:after="0"/>
            </w:pPr>
          </w:p>
        </w:tc>
        <w:tc>
          <w:tcPr>
            <w:tcW w:w="1152" w:type="dxa"/>
          </w:tcPr>
          <w:p w14:paraId="6F23170B" w14:textId="77777777" w:rsidR="009D07C3" w:rsidRDefault="009D07C3">
            <w:pPr>
              <w:spacing w:after="0"/>
            </w:pPr>
          </w:p>
        </w:tc>
        <w:tc>
          <w:tcPr>
            <w:tcW w:w="1152" w:type="dxa"/>
          </w:tcPr>
          <w:p w14:paraId="3037E9F9" w14:textId="77777777" w:rsidR="009D07C3" w:rsidRDefault="009D07C3">
            <w:pPr>
              <w:spacing w:after="0"/>
            </w:pPr>
          </w:p>
        </w:tc>
        <w:tc>
          <w:tcPr>
            <w:tcW w:w="1512" w:type="dxa"/>
          </w:tcPr>
          <w:p w14:paraId="6C17BB5D" w14:textId="77777777" w:rsidR="009D07C3" w:rsidRDefault="004C6837">
            <w:pPr>
              <w:spacing w:after="0"/>
            </w:pPr>
            <w:r>
              <w:rPr>
                <w:sz w:val="15"/>
              </w:rPr>
              <w:t>[ ] Yes  [ ] No</w:t>
            </w:r>
          </w:p>
        </w:tc>
      </w:tr>
      <w:tr w:rsidR="009D07C3" w14:paraId="23BAF612" w14:textId="77777777">
        <w:trPr>
          <w:jc w:val="center"/>
        </w:trPr>
        <w:tc>
          <w:tcPr>
            <w:tcW w:w="1656" w:type="dxa"/>
          </w:tcPr>
          <w:p w14:paraId="591B64A1" w14:textId="77777777" w:rsidR="009D07C3" w:rsidRDefault="009D07C3">
            <w:pPr>
              <w:spacing w:after="0"/>
            </w:pPr>
          </w:p>
        </w:tc>
        <w:tc>
          <w:tcPr>
            <w:tcW w:w="1224" w:type="dxa"/>
          </w:tcPr>
          <w:p w14:paraId="0AF05227" w14:textId="77777777" w:rsidR="009D07C3" w:rsidRDefault="009D07C3">
            <w:pPr>
              <w:spacing w:after="0"/>
            </w:pPr>
          </w:p>
        </w:tc>
        <w:tc>
          <w:tcPr>
            <w:tcW w:w="1944" w:type="dxa"/>
          </w:tcPr>
          <w:p w14:paraId="408C5798" w14:textId="77777777" w:rsidR="009D07C3" w:rsidRDefault="009D07C3">
            <w:pPr>
              <w:spacing w:after="0"/>
            </w:pPr>
          </w:p>
        </w:tc>
        <w:tc>
          <w:tcPr>
            <w:tcW w:w="1152" w:type="dxa"/>
          </w:tcPr>
          <w:p w14:paraId="63092940" w14:textId="77777777" w:rsidR="009D07C3" w:rsidRDefault="009D07C3">
            <w:pPr>
              <w:spacing w:after="0"/>
            </w:pPr>
          </w:p>
        </w:tc>
        <w:tc>
          <w:tcPr>
            <w:tcW w:w="1152" w:type="dxa"/>
          </w:tcPr>
          <w:p w14:paraId="71805D94" w14:textId="77777777" w:rsidR="009D07C3" w:rsidRDefault="009D07C3">
            <w:pPr>
              <w:spacing w:after="0"/>
            </w:pPr>
          </w:p>
        </w:tc>
        <w:tc>
          <w:tcPr>
            <w:tcW w:w="1152" w:type="dxa"/>
          </w:tcPr>
          <w:p w14:paraId="6492F518" w14:textId="77777777" w:rsidR="009D07C3" w:rsidRDefault="009D07C3">
            <w:pPr>
              <w:spacing w:after="0"/>
            </w:pPr>
          </w:p>
        </w:tc>
        <w:tc>
          <w:tcPr>
            <w:tcW w:w="1512" w:type="dxa"/>
          </w:tcPr>
          <w:p w14:paraId="74D17D25" w14:textId="77777777" w:rsidR="009D07C3" w:rsidRDefault="004C6837">
            <w:pPr>
              <w:spacing w:after="0"/>
            </w:pPr>
            <w:r>
              <w:rPr>
                <w:sz w:val="15"/>
              </w:rPr>
              <w:t>[ ] Yes  [ ] No</w:t>
            </w:r>
          </w:p>
        </w:tc>
      </w:tr>
      <w:tr w:rsidR="009D07C3" w14:paraId="126B4034" w14:textId="77777777">
        <w:trPr>
          <w:jc w:val="center"/>
        </w:trPr>
        <w:tc>
          <w:tcPr>
            <w:tcW w:w="1656" w:type="dxa"/>
          </w:tcPr>
          <w:p w14:paraId="567ECD4E" w14:textId="77777777" w:rsidR="009D07C3" w:rsidRDefault="009D07C3">
            <w:pPr>
              <w:spacing w:after="0"/>
            </w:pPr>
          </w:p>
        </w:tc>
        <w:tc>
          <w:tcPr>
            <w:tcW w:w="1224" w:type="dxa"/>
          </w:tcPr>
          <w:p w14:paraId="59970F16" w14:textId="77777777" w:rsidR="009D07C3" w:rsidRDefault="009D07C3">
            <w:pPr>
              <w:spacing w:after="0"/>
            </w:pPr>
          </w:p>
        </w:tc>
        <w:tc>
          <w:tcPr>
            <w:tcW w:w="1944" w:type="dxa"/>
          </w:tcPr>
          <w:p w14:paraId="132AB276" w14:textId="77777777" w:rsidR="009D07C3" w:rsidRDefault="009D07C3">
            <w:pPr>
              <w:spacing w:after="0"/>
            </w:pPr>
          </w:p>
        </w:tc>
        <w:tc>
          <w:tcPr>
            <w:tcW w:w="1152" w:type="dxa"/>
          </w:tcPr>
          <w:p w14:paraId="680D08D2" w14:textId="77777777" w:rsidR="009D07C3" w:rsidRDefault="009D07C3">
            <w:pPr>
              <w:spacing w:after="0"/>
            </w:pPr>
          </w:p>
        </w:tc>
        <w:tc>
          <w:tcPr>
            <w:tcW w:w="1152" w:type="dxa"/>
          </w:tcPr>
          <w:p w14:paraId="571843B8" w14:textId="77777777" w:rsidR="009D07C3" w:rsidRDefault="009D07C3">
            <w:pPr>
              <w:spacing w:after="0"/>
            </w:pPr>
          </w:p>
        </w:tc>
        <w:tc>
          <w:tcPr>
            <w:tcW w:w="1152" w:type="dxa"/>
          </w:tcPr>
          <w:p w14:paraId="58EAC51B" w14:textId="77777777" w:rsidR="009D07C3" w:rsidRDefault="009D07C3">
            <w:pPr>
              <w:spacing w:after="0"/>
            </w:pPr>
          </w:p>
        </w:tc>
        <w:tc>
          <w:tcPr>
            <w:tcW w:w="1512" w:type="dxa"/>
          </w:tcPr>
          <w:p w14:paraId="41987FCA" w14:textId="77777777" w:rsidR="009D07C3" w:rsidRDefault="004C6837">
            <w:pPr>
              <w:spacing w:after="0"/>
            </w:pPr>
            <w:r>
              <w:rPr>
                <w:sz w:val="15"/>
              </w:rPr>
              <w:t>[ ] Yes  [ ] No</w:t>
            </w:r>
          </w:p>
        </w:tc>
      </w:tr>
      <w:tr w:rsidR="009D07C3" w14:paraId="5E6445CE" w14:textId="77777777">
        <w:trPr>
          <w:jc w:val="center"/>
        </w:trPr>
        <w:tc>
          <w:tcPr>
            <w:tcW w:w="1656" w:type="dxa"/>
          </w:tcPr>
          <w:p w14:paraId="378AB9DF" w14:textId="77777777" w:rsidR="009D07C3" w:rsidRDefault="009D07C3">
            <w:pPr>
              <w:spacing w:after="0"/>
            </w:pPr>
          </w:p>
        </w:tc>
        <w:tc>
          <w:tcPr>
            <w:tcW w:w="1224" w:type="dxa"/>
          </w:tcPr>
          <w:p w14:paraId="60097594" w14:textId="77777777" w:rsidR="009D07C3" w:rsidRDefault="009D07C3">
            <w:pPr>
              <w:spacing w:after="0"/>
            </w:pPr>
          </w:p>
        </w:tc>
        <w:tc>
          <w:tcPr>
            <w:tcW w:w="1944" w:type="dxa"/>
          </w:tcPr>
          <w:p w14:paraId="65F0993D" w14:textId="77777777" w:rsidR="009D07C3" w:rsidRDefault="009D07C3">
            <w:pPr>
              <w:spacing w:after="0"/>
            </w:pPr>
          </w:p>
        </w:tc>
        <w:tc>
          <w:tcPr>
            <w:tcW w:w="1152" w:type="dxa"/>
          </w:tcPr>
          <w:p w14:paraId="5A339745" w14:textId="77777777" w:rsidR="009D07C3" w:rsidRDefault="009D07C3">
            <w:pPr>
              <w:spacing w:after="0"/>
            </w:pPr>
          </w:p>
        </w:tc>
        <w:tc>
          <w:tcPr>
            <w:tcW w:w="1152" w:type="dxa"/>
          </w:tcPr>
          <w:p w14:paraId="083F114E" w14:textId="77777777" w:rsidR="009D07C3" w:rsidRDefault="009D07C3">
            <w:pPr>
              <w:spacing w:after="0"/>
            </w:pPr>
          </w:p>
        </w:tc>
        <w:tc>
          <w:tcPr>
            <w:tcW w:w="1152" w:type="dxa"/>
          </w:tcPr>
          <w:p w14:paraId="76878BA3" w14:textId="77777777" w:rsidR="009D07C3" w:rsidRDefault="009D07C3">
            <w:pPr>
              <w:spacing w:after="0"/>
            </w:pPr>
          </w:p>
        </w:tc>
        <w:tc>
          <w:tcPr>
            <w:tcW w:w="1512" w:type="dxa"/>
          </w:tcPr>
          <w:p w14:paraId="4904F628" w14:textId="77777777" w:rsidR="009D07C3" w:rsidRDefault="004C6837">
            <w:pPr>
              <w:spacing w:after="0"/>
            </w:pPr>
            <w:r>
              <w:rPr>
                <w:sz w:val="15"/>
              </w:rPr>
              <w:t>[ ] Yes  [ ] No</w:t>
            </w:r>
          </w:p>
        </w:tc>
      </w:tr>
      <w:tr w:rsidR="009D07C3" w14:paraId="5BB90886" w14:textId="77777777">
        <w:trPr>
          <w:jc w:val="center"/>
        </w:trPr>
        <w:tc>
          <w:tcPr>
            <w:tcW w:w="1656" w:type="dxa"/>
          </w:tcPr>
          <w:p w14:paraId="47D6D18B" w14:textId="77777777" w:rsidR="009D07C3" w:rsidRDefault="009D07C3">
            <w:pPr>
              <w:spacing w:after="0"/>
            </w:pPr>
          </w:p>
        </w:tc>
        <w:tc>
          <w:tcPr>
            <w:tcW w:w="1224" w:type="dxa"/>
          </w:tcPr>
          <w:p w14:paraId="173195F1" w14:textId="77777777" w:rsidR="009D07C3" w:rsidRDefault="009D07C3">
            <w:pPr>
              <w:spacing w:after="0"/>
            </w:pPr>
          </w:p>
        </w:tc>
        <w:tc>
          <w:tcPr>
            <w:tcW w:w="1944" w:type="dxa"/>
          </w:tcPr>
          <w:p w14:paraId="64520D39" w14:textId="77777777" w:rsidR="009D07C3" w:rsidRDefault="009D07C3">
            <w:pPr>
              <w:spacing w:after="0"/>
            </w:pPr>
          </w:p>
        </w:tc>
        <w:tc>
          <w:tcPr>
            <w:tcW w:w="1152" w:type="dxa"/>
          </w:tcPr>
          <w:p w14:paraId="3AD23945" w14:textId="77777777" w:rsidR="009D07C3" w:rsidRDefault="009D07C3">
            <w:pPr>
              <w:spacing w:after="0"/>
            </w:pPr>
          </w:p>
        </w:tc>
        <w:tc>
          <w:tcPr>
            <w:tcW w:w="1152" w:type="dxa"/>
          </w:tcPr>
          <w:p w14:paraId="2DEBE5AF" w14:textId="77777777" w:rsidR="009D07C3" w:rsidRDefault="009D07C3">
            <w:pPr>
              <w:spacing w:after="0"/>
            </w:pPr>
          </w:p>
        </w:tc>
        <w:tc>
          <w:tcPr>
            <w:tcW w:w="1152" w:type="dxa"/>
          </w:tcPr>
          <w:p w14:paraId="4DD72757" w14:textId="77777777" w:rsidR="009D07C3" w:rsidRDefault="009D07C3">
            <w:pPr>
              <w:spacing w:after="0"/>
            </w:pPr>
          </w:p>
        </w:tc>
        <w:tc>
          <w:tcPr>
            <w:tcW w:w="1512" w:type="dxa"/>
          </w:tcPr>
          <w:p w14:paraId="520D1A5B" w14:textId="77777777" w:rsidR="009D07C3" w:rsidRDefault="004C6837">
            <w:pPr>
              <w:spacing w:after="0"/>
            </w:pPr>
            <w:r>
              <w:rPr>
                <w:sz w:val="15"/>
              </w:rPr>
              <w:t>[ ] Yes  [ ] No</w:t>
            </w:r>
          </w:p>
        </w:tc>
      </w:tr>
      <w:tr w:rsidR="009D07C3" w14:paraId="283DC0AB" w14:textId="77777777">
        <w:trPr>
          <w:jc w:val="center"/>
        </w:trPr>
        <w:tc>
          <w:tcPr>
            <w:tcW w:w="1656" w:type="dxa"/>
          </w:tcPr>
          <w:p w14:paraId="6488D2FF" w14:textId="77777777" w:rsidR="009D07C3" w:rsidRDefault="009D07C3">
            <w:pPr>
              <w:spacing w:after="0"/>
            </w:pPr>
          </w:p>
        </w:tc>
        <w:tc>
          <w:tcPr>
            <w:tcW w:w="1224" w:type="dxa"/>
          </w:tcPr>
          <w:p w14:paraId="70136410" w14:textId="77777777" w:rsidR="009D07C3" w:rsidRDefault="009D07C3">
            <w:pPr>
              <w:spacing w:after="0"/>
            </w:pPr>
          </w:p>
        </w:tc>
        <w:tc>
          <w:tcPr>
            <w:tcW w:w="1944" w:type="dxa"/>
          </w:tcPr>
          <w:p w14:paraId="32F2BB71" w14:textId="77777777" w:rsidR="009D07C3" w:rsidRDefault="009D07C3">
            <w:pPr>
              <w:spacing w:after="0"/>
            </w:pPr>
          </w:p>
        </w:tc>
        <w:tc>
          <w:tcPr>
            <w:tcW w:w="1152" w:type="dxa"/>
          </w:tcPr>
          <w:p w14:paraId="250D9AD2" w14:textId="77777777" w:rsidR="009D07C3" w:rsidRDefault="009D07C3">
            <w:pPr>
              <w:spacing w:after="0"/>
            </w:pPr>
          </w:p>
        </w:tc>
        <w:tc>
          <w:tcPr>
            <w:tcW w:w="1152" w:type="dxa"/>
          </w:tcPr>
          <w:p w14:paraId="15F929AE" w14:textId="77777777" w:rsidR="009D07C3" w:rsidRDefault="009D07C3">
            <w:pPr>
              <w:spacing w:after="0"/>
            </w:pPr>
          </w:p>
        </w:tc>
        <w:tc>
          <w:tcPr>
            <w:tcW w:w="1152" w:type="dxa"/>
          </w:tcPr>
          <w:p w14:paraId="12C0C551" w14:textId="77777777" w:rsidR="009D07C3" w:rsidRDefault="009D07C3">
            <w:pPr>
              <w:spacing w:after="0"/>
            </w:pPr>
          </w:p>
        </w:tc>
        <w:tc>
          <w:tcPr>
            <w:tcW w:w="1512" w:type="dxa"/>
          </w:tcPr>
          <w:p w14:paraId="085E6462" w14:textId="77777777" w:rsidR="009D07C3" w:rsidRDefault="004C6837">
            <w:pPr>
              <w:spacing w:after="0"/>
            </w:pPr>
            <w:r>
              <w:rPr>
                <w:sz w:val="15"/>
              </w:rPr>
              <w:t>[ ] Yes  [ ] No</w:t>
            </w:r>
          </w:p>
        </w:tc>
      </w:tr>
      <w:tr w:rsidR="009D07C3" w14:paraId="6C4781E7" w14:textId="77777777">
        <w:trPr>
          <w:jc w:val="center"/>
        </w:trPr>
        <w:tc>
          <w:tcPr>
            <w:tcW w:w="1656" w:type="dxa"/>
          </w:tcPr>
          <w:p w14:paraId="64153B62" w14:textId="77777777" w:rsidR="009D07C3" w:rsidRDefault="009D07C3">
            <w:pPr>
              <w:spacing w:after="0"/>
            </w:pPr>
          </w:p>
        </w:tc>
        <w:tc>
          <w:tcPr>
            <w:tcW w:w="1224" w:type="dxa"/>
          </w:tcPr>
          <w:p w14:paraId="1D940196" w14:textId="77777777" w:rsidR="009D07C3" w:rsidRDefault="009D07C3">
            <w:pPr>
              <w:spacing w:after="0"/>
            </w:pPr>
          </w:p>
        </w:tc>
        <w:tc>
          <w:tcPr>
            <w:tcW w:w="1944" w:type="dxa"/>
          </w:tcPr>
          <w:p w14:paraId="520D88F2" w14:textId="77777777" w:rsidR="009D07C3" w:rsidRDefault="009D07C3">
            <w:pPr>
              <w:spacing w:after="0"/>
            </w:pPr>
          </w:p>
        </w:tc>
        <w:tc>
          <w:tcPr>
            <w:tcW w:w="1152" w:type="dxa"/>
          </w:tcPr>
          <w:p w14:paraId="6C4B8141" w14:textId="77777777" w:rsidR="009D07C3" w:rsidRDefault="009D07C3">
            <w:pPr>
              <w:spacing w:after="0"/>
            </w:pPr>
          </w:p>
        </w:tc>
        <w:tc>
          <w:tcPr>
            <w:tcW w:w="1152" w:type="dxa"/>
          </w:tcPr>
          <w:p w14:paraId="27AA968C" w14:textId="77777777" w:rsidR="009D07C3" w:rsidRDefault="009D07C3">
            <w:pPr>
              <w:spacing w:after="0"/>
            </w:pPr>
          </w:p>
        </w:tc>
        <w:tc>
          <w:tcPr>
            <w:tcW w:w="1152" w:type="dxa"/>
          </w:tcPr>
          <w:p w14:paraId="565E3D1E" w14:textId="77777777" w:rsidR="009D07C3" w:rsidRDefault="009D07C3">
            <w:pPr>
              <w:spacing w:after="0"/>
            </w:pPr>
          </w:p>
        </w:tc>
        <w:tc>
          <w:tcPr>
            <w:tcW w:w="1512" w:type="dxa"/>
          </w:tcPr>
          <w:p w14:paraId="785B93F1" w14:textId="77777777" w:rsidR="009D07C3" w:rsidRDefault="004C6837">
            <w:pPr>
              <w:spacing w:after="0"/>
            </w:pPr>
            <w:r>
              <w:rPr>
                <w:sz w:val="15"/>
              </w:rPr>
              <w:t>[ ] Yes  [ ] No</w:t>
            </w:r>
          </w:p>
        </w:tc>
      </w:tr>
      <w:tr w:rsidR="009D07C3" w14:paraId="0D7B6A91" w14:textId="77777777">
        <w:trPr>
          <w:jc w:val="center"/>
        </w:trPr>
        <w:tc>
          <w:tcPr>
            <w:tcW w:w="1656" w:type="dxa"/>
          </w:tcPr>
          <w:p w14:paraId="0E4F76C7" w14:textId="77777777" w:rsidR="009D07C3" w:rsidRDefault="004C6837">
            <w:pPr>
              <w:spacing w:after="0"/>
            </w:pPr>
            <w:r>
              <w:rPr>
                <w:sz w:val="15"/>
              </w:rPr>
              <w:t>TOTALS</w:t>
            </w:r>
          </w:p>
        </w:tc>
        <w:tc>
          <w:tcPr>
            <w:tcW w:w="1224" w:type="dxa"/>
          </w:tcPr>
          <w:p w14:paraId="198C6D83" w14:textId="77777777" w:rsidR="009D07C3" w:rsidRDefault="009D07C3">
            <w:pPr>
              <w:spacing w:after="0"/>
            </w:pPr>
          </w:p>
        </w:tc>
        <w:tc>
          <w:tcPr>
            <w:tcW w:w="1944" w:type="dxa"/>
          </w:tcPr>
          <w:p w14:paraId="3B51FD6D" w14:textId="77777777" w:rsidR="009D07C3" w:rsidRDefault="009D07C3">
            <w:pPr>
              <w:spacing w:after="0"/>
            </w:pPr>
          </w:p>
        </w:tc>
        <w:tc>
          <w:tcPr>
            <w:tcW w:w="1152" w:type="dxa"/>
          </w:tcPr>
          <w:p w14:paraId="53741956" w14:textId="77777777" w:rsidR="009D07C3" w:rsidRDefault="009D07C3">
            <w:pPr>
              <w:spacing w:after="0"/>
            </w:pPr>
          </w:p>
        </w:tc>
        <w:tc>
          <w:tcPr>
            <w:tcW w:w="1152" w:type="dxa"/>
          </w:tcPr>
          <w:p w14:paraId="27FCD0CF" w14:textId="77777777" w:rsidR="009D07C3" w:rsidRDefault="009D07C3">
            <w:pPr>
              <w:spacing w:after="0"/>
            </w:pPr>
          </w:p>
        </w:tc>
        <w:tc>
          <w:tcPr>
            <w:tcW w:w="1152" w:type="dxa"/>
          </w:tcPr>
          <w:p w14:paraId="28E36380" w14:textId="77777777" w:rsidR="009D07C3" w:rsidRDefault="009D07C3">
            <w:pPr>
              <w:spacing w:after="0"/>
            </w:pPr>
          </w:p>
        </w:tc>
        <w:tc>
          <w:tcPr>
            <w:tcW w:w="1512" w:type="dxa"/>
          </w:tcPr>
          <w:p w14:paraId="366CF839" w14:textId="77777777" w:rsidR="009D07C3" w:rsidRDefault="009D07C3">
            <w:pPr>
              <w:spacing w:after="0"/>
            </w:pPr>
          </w:p>
        </w:tc>
      </w:tr>
    </w:tbl>
    <w:p w14:paraId="52B3F792" w14:textId="77777777" w:rsidR="009D07C3" w:rsidRDefault="009D07C3">
      <w:pPr>
        <w:spacing w:after="40"/>
      </w:pPr>
    </w:p>
    <w:p w14:paraId="5D2D6D09" w14:textId="77777777" w:rsidR="009D07C3" w:rsidRDefault="004C6837">
      <w:pPr>
        <w:pStyle w:val="Heading1"/>
        <w:spacing w:before="160" w:after="80"/>
      </w:pPr>
      <w:r>
        <w:rPr>
          <w:rFonts w:ascii="Arial" w:hAnsi="Arial"/>
          <w:color w:val="1F4E79"/>
          <w:sz w:val="24"/>
        </w:rPr>
        <w:lastRenderedPageBreak/>
        <w:t>7. Supervision Evidence and Supervisor Report(s)</w:t>
      </w:r>
    </w:p>
    <w:tbl>
      <w:tblPr>
        <w:tblW w:w="0" w:type="auto"/>
        <w:jc w:val="center"/>
        <w:tblBorders>
          <w:top w:val="single" w:sz="4" w:space="0" w:color="7F7F7F"/>
          <w:left w:val="single" w:sz="4" w:space="0" w:color="7F7F7F"/>
          <w:bottom w:val="single" w:sz="4" w:space="0" w:color="7F7F7F"/>
          <w:right w:val="single" w:sz="4" w:space="0" w:color="7F7F7F"/>
          <w:insideH w:val="single" w:sz="4" w:space="0" w:color="7F7F7F"/>
          <w:insideV w:val="single" w:sz="4" w:space="0" w:color="7F7F7F"/>
        </w:tblBorders>
        <w:tblLook w:val="04A0" w:firstRow="1" w:lastRow="0" w:firstColumn="1" w:lastColumn="0" w:noHBand="0" w:noVBand="1"/>
      </w:tblPr>
      <w:tblGrid>
        <w:gridCol w:w="3168"/>
        <w:gridCol w:w="6048"/>
      </w:tblGrid>
      <w:tr w:rsidR="009D07C3" w14:paraId="5B6E5911" w14:textId="77777777">
        <w:trPr>
          <w:jc w:val="center"/>
        </w:trPr>
        <w:tc>
          <w:tcPr>
            <w:tcW w:w="3168" w:type="dxa"/>
            <w:shd w:val="clear" w:color="auto" w:fill="F2F2F2"/>
          </w:tcPr>
          <w:p w14:paraId="32BCD9AC" w14:textId="77777777" w:rsidR="009D07C3" w:rsidRDefault="004C6837">
            <w:pPr>
              <w:spacing w:after="0"/>
            </w:pPr>
            <w:r>
              <w:rPr>
                <w:b/>
              </w:rPr>
              <w:t>Supervisor 1 name, modality and contact details:</w:t>
            </w:r>
          </w:p>
        </w:tc>
        <w:tc>
          <w:tcPr>
            <w:tcW w:w="6048" w:type="dxa"/>
          </w:tcPr>
          <w:p w14:paraId="11F76870" w14:textId="77777777" w:rsidR="009D07C3" w:rsidRDefault="009D07C3">
            <w:pPr>
              <w:spacing w:after="0"/>
            </w:pPr>
          </w:p>
        </w:tc>
      </w:tr>
      <w:tr w:rsidR="009D07C3" w14:paraId="035EC8FF" w14:textId="77777777">
        <w:trPr>
          <w:jc w:val="center"/>
        </w:trPr>
        <w:tc>
          <w:tcPr>
            <w:tcW w:w="3168" w:type="dxa"/>
            <w:shd w:val="clear" w:color="auto" w:fill="F2F2F2"/>
          </w:tcPr>
          <w:p w14:paraId="335BCCD9" w14:textId="77777777" w:rsidR="009D07C3" w:rsidRDefault="004C6837">
            <w:pPr>
              <w:spacing w:after="0"/>
            </w:pPr>
            <w:r>
              <w:rPr>
                <w:b/>
              </w:rPr>
              <w:t>Supervisor 1 professional registration / accreditation:</w:t>
            </w:r>
          </w:p>
        </w:tc>
        <w:tc>
          <w:tcPr>
            <w:tcW w:w="6048" w:type="dxa"/>
          </w:tcPr>
          <w:p w14:paraId="63CE7B58" w14:textId="77777777" w:rsidR="009D07C3" w:rsidRDefault="009D07C3">
            <w:pPr>
              <w:spacing w:after="0"/>
            </w:pPr>
          </w:p>
        </w:tc>
      </w:tr>
      <w:tr w:rsidR="009D07C3" w14:paraId="36693B71" w14:textId="77777777">
        <w:trPr>
          <w:jc w:val="center"/>
        </w:trPr>
        <w:tc>
          <w:tcPr>
            <w:tcW w:w="3168" w:type="dxa"/>
            <w:shd w:val="clear" w:color="auto" w:fill="F2F2F2"/>
          </w:tcPr>
          <w:p w14:paraId="665192EF" w14:textId="77777777" w:rsidR="009D07C3" w:rsidRDefault="004C6837">
            <w:pPr>
              <w:spacing w:after="0"/>
            </w:pPr>
            <w:r>
              <w:rPr>
                <w:b/>
              </w:rPr>
              <w:t>Period of supervision:</w:t>
            </w:r>
          </w:p>
        </w:tc>
        <w:tc>
          <w:tcPr>
            <w:tcW w:w="6048" w:type="dxa"/>
          </w:tcPr>
          <w:p w14:paraId="627ED2C8" w14:textId="77777777" w:rsidR="009D07C3" w:rsidRDefault="004C6837">
            <w:pPr>
              <w:spacing w:after="0"/>
            </w:pPr>
            <w:r>
              <w:t>From:                         To:</w:t>
            </w:r>
          </w:p>
        </w:tc>
      </w:tr>
      <w:tr w:rsidR="009D07C3" w14:paraId="474865F9" w14:textId="77777777">
        <w:trPr>
          <w:jc w:val="center"/>
        </w:trPr>
        <w:tc>
          <w:tcPr>
            <w:tcW w:w="3168" w:type="dxa"/>
            <w:shd w:val="clear" w:color="auto" w:fill="F2F2F2"/>
          </w:tcPr>
          <w:p w14:paraId="7E1A3065" w14:textId="77777777" w:rsidR="009D07C3" w:rsidRDefault="004C6837">
            <w:pPr>
              <w:spacing w:after="0"/>
            </w:pPr>
            <w:r>
              <w:rPr>
                <w:b/>
              </w:rPr>
              <w:t>Frequency and length of sessions:</w:t>
            </w:r>
          </w:p>
        </w:tc>
        <w:tc>
          <w:tcPr>
            <w:tcW w:w="6048" w:type="dxa"/>
          </w:tcPr>
          <w:p w14:paraId="4DBF846F" w14:textId="77777777" w:rsidR="009D07C3" w:rsidRDefault="004C6837">
            <w:pPr>
              <w:spacing w:after="0"/>
            </w:pPr>
            <w:r>
              <w:t>Weekly / Fortnightly / Monthly / Ad-hoc; average length:        hours</w:t>
            </w:r>
          </w:p>
        </w:tc>
      </w:tr>
      <w:tr w:rsidR="009D07C3" w14:paraId="7C4BA0D7" w14:textId="77777777">
        <w:trPr>
          <w:jc w:val="center"/>
        </w:trPr>
        <w:tc>
          <w:tcPr>
            <w:tcW w:w="3168" w:type="dxa"/>
            <w:shd w:val="clear" w:color="auto" w:fill="F2F2F2"/>
          </w:tcPr>
          <w:p w14:paraId="3F7CDE85" w14:textId="77777777" w:rsidR="009D07C3" w:rsidRDefault="004C6837">
            <w:pPr>
              <w:spacing w:after="0"/>
            </w:pPr>
            <w:r>
              <w:rPr>
                <w:b/>
              </w:rPr>
              <w:t>Type of supervision:</w:t>
            </w:r>
          </w:p>
        </w:tc>
        <w:tc>
          <w:tcPr>
            <w:tcW w:w="6048" w:type="dxa"/>
          </w:tcPr>
          <w:p w14:paraId="34715EB9" w14:textId="77777777" w:rsidR="009D07C3" w:rsidRDefault="004C6837">
            <w:pPr>
              <w:spacing w:after="0"/>
            </w:pPr>
            <w:r>
              <w:t>[ ] Individual  [ ] Group  [ ] Peer  [ ] Other:</w:t>
            </w:r>
          </w:p>
        </w:tc>
      </w:tr>
      <w:tr w:rsidR="009D07C3" w14:paraId="57D6E749" w14:textId="77777777">
        <w:trPr>
          <w:jc w:val="center"/>
        </w:trPr>
        <w:tc>
          <w:tcPr>
            <w:tcW w:w="3168" w:type="dxa"/>
            <w:shd w:val="clear" w:color="auto" w:fill="F2F2F2"/>
          </w:tcPr>
          <w:p w14:paraId="7C665CCD" w14:textId="77777777" w:rsidR="009D07C3" w:rsidRDefault="004C6837">
            <w:pPr>
              <w:spacing w:after="0"/>
            </w:pPr>
            <w:r>
              <w:rPr>
                <w:b/>
              </w:rPr>
              <w:t>Supervisor report attached:</w:t>
            </w:r>
          </w:p>
        </w:tc>
        <w:tc>
          <w:tcPr>
            <w:tcW w:w="6048" w:type="dxa"/>
          </w:tcPr>
          <w:p w14:paraId="7E0318AF" w14:textId="77777777" w:rsidR="009D07C3" w:rsidRDefault="004C6837">
            <w:pPr>
              <w:spacing w:after="0"/>
            </w:pPr>
            <w:r>
              <w:t>[ ] Yes   [ ] No</w:t>
            </w:r>
          </w:p>
        </w:tc>
      </w:tr>
      <w:tr w:rsidR="009D07C3" w14:paraId="35D2F9FE" w14:textId="77777777">
        <w:trPr>
          <w:jc w:val="center"/>
        </w:trPr>
        <w:tc>
          <w:tcPr>
            <w:tcW w:w="3168" w:type="dxa"/>
            <w:shd w:val="clear" w:color="auto" w:fill="F2F2F2"/>
          </w:tcPr>
          <w:p w14:paraId="6A73C325" w14:textId="77777777" w:rsidR="009D07C3" w:rsidRDefault="004C6837">
            <w:pPr>
              <w:spacing w:after="0"/>
            </w:pPr>
            <w:r>
              <w:rPr>
                <w:b/>
              </w:rPr>
              <w:t>Supervisor electronic signature:</w:t>
            </w:r>
          </w:p>
        </w:tc>
        <w:tc>
          <w:tcPr>
            <w:tcW w:w="6048" w:type="dxa"/>
          </w:tcPr>
          <w:p w14:paraId="7612444B" w14:textId="77777777" w:rsidR="009D07C3" w:rsidRDefault="009D07C3">
            <w:pPr>
              <w:spacing w:after="0"/>
            </w:pPr>
          </w:p>
        </w:tc>
      </w:tr>
    </w:tbl>
    <w:p w14:paraId="79CD4BC7" w14:textId="77777777" w:rsidR="009D07C3" w:rsidRDefault="009D07C3">
      <w:pPr>
        <w:spacing w:after="40"/>
      </w:pPr>
    </w:p>
    <w:tbl>
      <w:tblPr>
        <w:tblW w:w="0" w:type="auto"/>
        <w:jc w:val="center"/>
        <w:tblBorders>
          <w:top w:val="single" w:sz="4" w:space="0" w:color="7F7F7F"/>
          <w:left w:val="single" w:sz="4" w:space="0" w:color="7F7F7F"/>
          <w:bottom w:val="single" w:sz="4" w:space="0" w:color="7F7F7F"/>
          <w:right w:val="single" w:sz="4" w:space="0" w:color="7F7F7F"/>
          <w:insideH w:val="single" w:sz="4" w:space="0" w:color="7F7F7F"/>
          <w:insideV w:val="single" w:sz="4" w:space="0" w:color="7F7F7F"/>
        </w:tblBorders>
        <w:tblLook w:val="04A0" w:firstRow="1" w:lastRow="0" w:firstColumn="1" w:lastColumn="0" w:noHBand="0" w:noVBand="1"/>
      </w:tblPr>
      <w:tblGrid>
        <w:gridCol w:w="3168"/>
        <w:gridCol w:w="6048"/>
      </w:tblGrid>
      <w:tr w:rsidR="009D07C3" w14:paraId="177CEADB" w14:textId="77777777">
        <w:trPr>
          <w:jc w:val="center"/>
        </w:trPr>
        <w:tc>
          <w:tcPr>
            <w:tcW w:w="3168" w:type="dxa"/>
            <w:shd w:val="clear" w:color="auto" w:fill="F2F2F2"/>
          </w:tcPr>
          <w:p w14:paraId="53E10E92" w14:textId="77777777" w:rsidR="009D07C3" w:rsidRDefault="004C6837">
            <w:pPr>
              <w:spacing w:after="0"/>
            </w:pPr>
            <w:r>
              <w:rPr>
                <w:b/>
              </w:rPr>
              <w:t>Supervisor 2 name, modality and contact details:</w:t>
            </w:r>
          </w:p>
        </w:tc>
        <w:tc>
          <w:tcPr>
            <w:tcW w:w="6048" w:type="dxa"/>
          </w:tcPr>
          <w:p w14:paraId="7BF8EBD9" w14:textId="77777777" w:rsidR="009D07C3" w:rsidRDefault="009D07C3">
            <w:pPr>
              <w:spacing w:after="0"/>
            </w:pPr>
          </w:p>
        </w:tc>
      </w:tr>
      <w:tr w:rsidR="009D07C3" w14:paraId="45DD0E02" w14:textId="77777777">
        <w:trPr>
          <w:jc w:val="center"/>
        </w:trPr>
        <w:tc>
          <w:tcPr>
            <w:tcW w:w="3168" w:type="dxa"/>
            <w:shd w:val="clear" w:color="auto" w:fill="F2F2F2"/>
          </w:tcPr>
          <w:p w14:paraId="2E4A9353" w14:textId="77777777" w:rsidR="009D07C3" w:rsidRDefault="004C6837">
            <w:pPr>
              <w:spacing w:after="0"/>
            </w:pPr>
            <w:r>
              <w:rPr>
                <w:b/>
              </w:rPr>
              <w:t>Supervisor 2 professional registration / accreditation:</w:t>
            </w:r>
          </w:p>
        </w:tc>
        <w:tc>
          <w:tcPr>
            <w:tcW w:w="6048" w:type="dxa"/>
          </w:tcPr>
          <w:p w14:paraId="7E02A0BA" w14:textId="77777777" w:rsidR="009D07C3" w:rsidRDefault="009D07C3">
            <w:pPr>
              <w:spacing w:after="0"/>
            </w:pPr>
          </w:p>
        </w:tc>
      </w:tr>
      <w:tr w:rsidR="009D07C3" w14:paraId="546CDAE2" w14:textId="77777777">
        <w:trPr>
          <w:jc w:val="center"/>
        </w:trPr>
        <w:tc>
          <w:tcPr>
            <w:tcW w:w="3168" w:type="dxa"/>
            <w:shd w:val="clear" w:color="auto" w:fill="F2F2F2"/>
          </w:tcPr>
          <w:p w14:paraId="4C6F481B" w14:textId="77777777" w:rsidR="009D07C3" w:rsidRDefault="004C6837">
            <w:pPr>
              <w:spacing w:after="0"/>
            </w:pPr>
            <w:r>
              <w:rPr>
                <w:b/>
              </w:rPr>
              <w:t>Period of supervision:</w:t>
            </w:r>
          </w:p>
        </w:tc>
        <w:tc>
          <w:tcPr>
            <w:tcW w:w="6048" w:type="dxa"/>
          </w:tcPr>
          <w:p w14:paraId="642E046E" w14:textId="77777777" w:rsidR="009D07C3" w:rsidRDefault="004C6837">
            <w:pPr>
              <w:spacing w:after="0"/>
            </w:pPr>
            <w:r>
              <w:t>From:                         To:</w:t>
            </w:r>
          </w:p>
        </w:tc>
      </w:tr>
      <w:tr w:rsidR="009D07C3" w14:paraId="59E3C2E9" w14:textId="77777777">
        <w:trPr>
          <w:jc w:val="center"/>
        </w:trPr>
        <w:tc>
          <w:tcPr>
            <w:tcW w:w="3168" w:type="dxa"/>
            <w:shd w:val="clear" w:color="auto" w:fill="F2F2F2"/>
          </w:tcPr>
          <w:p w14:paraId="6F15F1A8" w14:textId="77777777" w:rsidR="009D07C3" w:rsidRDefault="004C6837">
            <w:pPr>
              <w:spacing w:after="0"/>
            </w:pPr>
            <w:r>
              <w:rPr>
                <w:b/>
              </w:rPr>
              <w:t>Frequency and length of sessions:</w:t>
            </w:r>
          </w:p>
        </w:tc>
        <w:tc>
          <w:tcPr>
            <w:tcW w:w="6048" w:type="dxa"/>
          </w:tcPr>
          <w:p w14:paraId="37E4A6E7" w14:textId="77777777" w:rsidR="009D07C3" w:rsidRDefault="004C6837">
            <w:pPr>
              <w:spacing w:after="0"/>
            </w:pPr>
            <w:r>
              <w:t>Weekly / Fortnightly / Monthly / Ad-hoc; average length:        hours</w:t>
            </w:r>
          </w:p>
        </w:tc>
      </w:tr>
      <w:tr w:rsidR="009D07C3" w14:paraId="23B1C0B0" w14:textId="77777777">
        <w:trPr>
          <w:jc w:val="center"/>
        </w:trPr>
        <w:tc>
          <w:tcPr>
            <w:tcW w:w="3168" w:type="dxa"/>
            <w:shd w:val="clear" w:color="auto" w:fill="F2F2F2"/>
          </w:tcPr>
          <w:p w14:paraId="11B93A11" w14:textId="77777777" w:rsidR="009D07C3" w:rsidRDefault="004C6837">
            <w:pPr>
              <w:spacing w:after="0"/>
            </w:pPr>
            <w:r>
              <w:rPr>
                <w:b/>
              </w:rPr>
              <w:t>Type of supervision:</w:t>
            </w:r>
          </w:p>
        </w:tc>
        <w:tc>
          <w:tcPr>
            <w:tcW w:w="6048" w:type="dxa"/>
          </w:tcPr>
          <w:p w14:paraId="09F5545A" w14:textId="77777777" w:rsidR="009D07C3" w:rsidRDefault="004C6837">
            <w:pPr>
              <w:spacing w:after="0"/>
            </w:pPr>
            <w:r>
              <w:t>[ ] Individual  [ ] Group  [ ] Peer  [ ] Other:</w:t>
            </w:r>
          </w:p>
        </w:tc>
      </w:tr>
      <w:tr w:rsidR="009D07C3" w14:paraId="14747253" w14:textId="77777777">
        <w:trPr>
          <w:jc w:val="center"/>
        </w:trPr>
        <w:tc>
          <w:tcPr>
            <w:tcW w:w="3168" w:type="dxa"/>
            <w:shd w:val="clear" w:color="auto" w:fill="F2F2F2"/>
          </w:tcPr>
          <w:p w14:paraId="7539D80E" w14:textId="77777777" w:rsidR="009D07C3" w:rsidRDefault="004C6837">
            <w:pPr>
              <w:spacing w:after="0"/>
            </w:pPr>
            <w:r>
              <w:rPr>
                <w:b/>
              </w:rPr>
              <w:t>Supervisor report attached:</w:t>
            </w:r>
          </w:p>
        </w:tc>
        <w:tc>
          <w:tcPr>
            <w:tcW w:w="6048" w:type="dxa"/>
          </w:tcPr>
          <w:p w14:paraId="47229329" w14:textId="77777777" w:rsidR="009D07C3" w:rsidRDefault="004C6837">
            <w:pPr>
              <w:spacing w:after="0"/>
            </w:pPr>
            <w:r>
              <w:t>[ ] Yes   [ ] No</w:t>
            </w:r>
          </w:p>
        </w:tc>
      </w:tr>
      <w:tr w:rsidR="009D07C3" w14:paraId="7FF6BA55" w14:textId="77777777">
        <w:trPr>
          <w:jc w:val="center"/>
        </w:trPr>
        <w:tc>
          <w:tcPr>
            <w:tcW w:w="3168" w:type="dxa"/>
            <w:shd w:val="clear" w:color="auto" w:fill="F2F2F2"/>
          </w:tcPr>
          <w:p w14:paraId="5252993E" w14:textId="77777777" w:rsidR="009D07C3" w:rsidRDefault="004C6837">
            <w:pPr>
              <w:spacing w:after="0"/>
            </w:pPr>
            <w:r>
              <w:rPr>
                <w:b/>
              </w:rPr>
              <w:t>Supervisor electronic signature:</w:t>
            </w:r>
          </w:p>
        </w:tc>
        <w:tc>
          <w:tcPr>
            <w:tcW w:w="6048" w:type="dxa"/>
          </w:tcPr>
          <w:p w14:paraId="45CDB71D" w14:textId="77777777" w:rsidR="009D07C3" w:rsidRDefault="009D07C3">
            <w:pPr>
              <w:spacing w:after="0"/>
            </w:pPr>
          </w:p>
        </w:tc>
      </w:tr>
    </w:tbl>
    <w:p w14:paraId="3757572D" w14:textId="77777777" w:rsidR="009D07C3" w:rsidRDefault="009D07C3">
      <w:pPr>
        <w:spacing w:after="40"/>
      </w:pPr>
    </w:p>
    <w:p w14:paraId="2CB81C69" w14:textId="77777777" w:rsidR="009D07C3" w:rsidRDefault="004C6837">
      <w:pPr>
        <w:pStyle w:val="Heading1"/>
        <w:spacing w:before="160" w:after="80"/>
      </w:pPr>
      <w:r>
        <w:rPr>
          <w:rFonts w:ascii="Arial" w:hAnsi="Arial"/>
          <w:color w:val="1F4E79"/>
          <w:sz w:val="24"/>
        </w:rPr>
        <w:t>8. Mental Health Familiarisation Portfolio - Psychotherapist Route</w:t>
      </w:r>
    </w:p>
    <w:p w14:paraId="2E26B16D" w14:textId="77777777" w:rsidR="009D07C3" w:rsidRDefault="004C6837">
      <w:pPr>
        <w:spacing w:after="80" w:line="252" w:lineRule="auto"/>
      </w:pPr>
      <w:r>
        <w:t>Complete this section if applying for Psychotherapist. Evidence may include taught hours and placement experience. Cross-reference portfolio evidence to the required learning outcomes.</w:t>
      </w:r>
    </w:p>
    <w:tbl>
      <w:tblPr>
        <w:tblW w:w="0" w:type="auto"/>
        <w:jc w:val="center"/>
        <w:tblBorders>
          <w:top w:val="single" w:sz="4" w:space="0" w:color="7F7F7F"/>
          <w:left w:val="single" w:sz="4" w:space="0" w:color="7F7F7F"/>
          <w:bottom w:val="single" w:sz="4" w:space="0" w:color="7F7F7F"/>
          <w:right w:val="single" w:sz="4" w:space="0" w:color="7F7F7F"/>
          <w:insideH w:val="single" w:sz="4" w:space="0" w:color="7F7F7F"/>
          <w:insideV w:val="single" w:sz="4" w:space="0" w:color="7F7F7F"/>
        </w:tblBorders>
        <w:tblLook w:val="04A0" w:firstRow="1" w:lastRow="0" w:firstColumn="1" w:lastColumn="0" w:noHBand="0" w:noVBand="1"/>
      </w:tblPr>
      <w:tblGrid>
        <w:gridCol w:w="2880"/>
        <w:gridCol w:w="2016"/>
        <w:gridCol w:w="1728"/>
        <w:gridCol w:w="2160"/>
        <w:gridCol w:w="1440"/>
      </w:tblGrid>
      <w:tr w:rsidR="009D07C3" w14:paraId="023AD7B9" w14:textId="77777777">
        <w:trPr>
          <w:jc w:val="center"/>
        </w:trPr>
        <w:tc>
          <w:tcPr>
            <w:tcW w:w="2880" w:type="dxa"/>
            <w:shd w:val="clear" w:color="auto" w:fill="D9EAF7"/>
          </w:tcPr>
          <w:p w14:paraId="1D716ECD" w14:textId="77777777" w:rsidR="009D07C3" w:rsidRDefault="004C6837">
            <w:pPr>
              <w:spacing w:after="0"/>
            </w:pPr>
            <w:r>
              <w:rPr>
                <w:b/>
                <w:sz w:val="16"/>
              </w:rPr>
              <w:t>Portfolio area / learning outcome evidence</w:t>
            </w:r>
          </w:p>
        </w:tc>
        <w:tc>
          <w:tcPr>
            <w:tcW w:w="2016" w:type="dxa"/>
            <w:shd w:val="clear" w:color="auto" w:fill="D9EAF7"/>
          </w:tcPr>
          <w:p w14:paraId="23B47DE6" w14:textId="77777777" w:rsidR="009D07C3" w:rsidRDefault="004C6837">
            <w:pPr>
              <w:spacing w:after="0"/>
            </w:pPr>
            <w:r>
              <w:rPr>
                <w:b/>
                <w:sz w:val="16"/>
              </w:rPr>
              <w:t>Taught hours / placement evidence</w:t>
            </w:r>
          </w:p>
        </w:tc>
        <w:tc>
          <w:tcPr>
            <w:tcW w:w="1728" w:type="dxa"/>
            <w:shd w:val="clear" w:color="auto" w:fill="D9EAF7"/>
          </w:tcPr>
          <w:p w14:paraId="5E4EA8B6" w14:textId="77777777" w:rsidR="009D07C3" w:rsidRDefault="004C6837">
            <w:pPr>
              <w:spacing w:after="0"/>
            </w:pPr>
            <w:r>
              <w:rPr>
                <w:b/>
                <w:sz w:val="16"/>
              </w:rPr>
              <w:t>Evidence reference</w:t>
            </w:r>
          </w:p>
        </w:tc>
        <w:tc>
          <w:tcPr>
            <w:tcW w:w="2160" w:type="dxa"/>
            <w:shd w:val="clear" w:color="auto" w:fill="D9EAF7"/>
          </w:tcPr>
          <w:p w14:paraId="0AAB24E3" w14:textId="77777777" w:rsidR="009D07C3" w:rsidRDefault="004C6837">
            <w:pPr>
              <w:spacing w:after="0"/>
            </w:pPr>
            <w:r>
              <w:rPr>
                <w:b/>
                <w:sz w:val="16"/>
              </w:rPr>
              <w:t>Applicant notes</w:t>
            </w:r>
          </w:p>
        </w:tc>
        <w:tc>
          <w:tcPr>
            <w:tcW w:w="1440" w:type="dxa"/>
            <w:shd w:val="clear" w:color="auto" w:fill="D9EAF7"/>
          </w:tcPr>
          <w:p w14:paraId="62B2D8FA" w14:textId="77777777" w:rsidR="009D07C3" w:rsidRDefault="004C6837">
            <w:pPr>
              <w:spacing w:after="0"/>
            </w:pPr>
            <w:r>
              <w:rPr>
                <w:b/>
                <w:sz w:val="16"/>
              </w:rPr>
              <w:t>For office use</w:t>
            </w:r>
          </w:p>
        </w:tc>
      </w:tr>
      <w:tr w:rsidR="009D07C3" w14:paraId="2A35FE0C" w14:textId="77777777">
        <w:trPr>
          <w:jc w:val="center"/>
        </w:trPr>
        <w:tc>
          <w:tcPr>
            <w:tcW w:w="2880" w:type="dxa"/>
          </w:tcPr>
          <w:p w14:paraId="26729313" w14:textId="77777777" w:rsidR="009D07C3" w:rsidRDefault="004C6837">
            <w:pPr>
              <w:spacing w:after="0"/>
            </w:pPr>
            <w:r>
              <w:rPr>
                <w:sz w:val="16"/>
              </w:rPr>
              <w:t>Competence in required mental health familiarisation learning outcomes</w:t>
            </w:r>
          </w:p>
        </w:tc>
        <w:tc>
          <w:tcPr>
            <w:tcW w:w="2016" w:type="dxa"/>
          </w:tcPr>
          <w:p w14:paraId="14810298" w14:textId="77777777" w:rsidR="009D07C3" w:rsidRDefault="009D07C3">
            <w:pPr>
              <w:spacing w:after="0"/>
            </w:pPr>
          </w:p>
        </w:tc>
        <w:tc>
          <w:tcPr>
            <w:tcW w:w="1728" w:type="dxa"/>
          </w:tcPr>
          <w:p w14:paraId="344D3EA9" w14:textId="77777777" w:rsidR="009D07C3" w:rsidRDefault="009D07C3">
            <w:pPr>
              <w:spacing w:after="0"/>
            </w:pPr>
          </w:p>
        </w:tc>
        <w:tc>
          <w:tcPr>
            <w:tcW w:w="2160" w:type="dxa"/>
          </w:tcPr>
          <w:p w14:paraId="1269B123" w14:textId="77777777" w:rsidR="009D07C3" w:rsidRDefault="009D07C3">
            <w:pPr>
              <w:spacing w:after="0"/>
            </w:pPr>
          </w:p>
        </w:tc>
        <w:tc>
          <w:tcPr>
            <w:tcW w:w="1440" w:type="dxa"/>
          </w:tcPr>
          <w:p w14:paraId="7BBD5A16" w14:textId="77777777" w:rsidR="009D07C3" w:rsidRDefault="004C6837">
            <w:pPr>
              <w:spacing w:after="0"/>
            </w:pPr>
            <w:r>
              <w:rPr>
                <w:sz w:val="16"/>
              </w:rPr>
              <w:t>[ ] Met  [ ] Query</w:t>
            </w:r>
          </w:p>
        </w:tc>
      </w:tr>
      <w:tr w:rsidR="009D07C3" w14:paraId="63D83DB9" w14:textId="77777777">
        <w:trPr>
          <w:jc w:val="center"/>
        </w:trPr>
        <w:tc>
          <w:tcPr>
            <w:tcW w:w="2880" w:type="dxa"/>
          </w:tcPr>
          <w:p w14:paraId="745FD62B" w14:textId="77777777" w:rsidR="009D07C3" w:rsidRDefault="009D07C3">
            <w:pPr>
              <w:spacing w:after="0"/>
            </w:pPr>
          </w:p>
        </w:tc>
        <w:tc>
          <w:tcPr>
            <w:tcW w:w="2016" w:type="dxa"/>
          </w:tcPr>
          <w:p w14:paraId="1BA81839" w14:textId="77777777" w:rsidR="009D07C3" w:rsidRDefault="009D07C3">
            <w:pPr>
              <w:spacing w:after="0"/>
            </w:pPr>
          </w:p>
        </w:tc>
        <w:tc>
          <w:tcPr>
            <w:tcW w:w="1728" w:type="dxa"/>
          </w:tcPr>
          <w:p w14:paraId="1AB60C10" w14:textId="77777777" w:rsidR="009D07C3" w:rsidRDefault="009D07C3">
            <w:pPr>
              <w:spacing w:after="0"/>
            </w:pPr>
          </w:p>
        </w:tc>
        <w:tc>
          <w:tcPr>
            <w:tcW w:w="2160" w:type="dxa"/>
          </w:tcPr>
          <w:p w14:paraId="54F994FB" w14:textId="77777777" w:rsidR="009D07C3" w:rsidRDefault="009D07C3">
            <w:pPr>
              <w:spacing w:after="0"/>
            </w:pPr>
          </w:p>
        </w:tc>
        <w:tc>
          <w:tcPr>
            <w:tcW w:w="1440" w:type="dxa"/>
          </w:tcPr>
          <w:p w14:paraId="05D552DB" w14:textId="77777777" w:rsidR="009D07C3" w:rsidRDefault="009D07C3">
            <w:pPr>
              <w:spacing w:after="0"/>
            </w:pPr>
          </w:p>
        </w:tc>
      </w:tr>
      <w:tr w:rsidR="009D07C3" w14:paraId="5EB64CEC" w14:textId="77777777">
        <w:trPr>
          <w:jc w:val="center"/>
        </w:trPr>
        <w:tc>
          <w:tcPr>
            <w:tcW w:w="2880" w:type="dxa"/>
          </w:tcPr>
          <w:p w14:paraId="79C4DBD0" w14:textId="77777777" w:rsidR="009D07C3" w:rsidRDefault="009D07C3">
            <w:pPr>
              <w:spacing w:after="0"/>
            </w:pPr>
          </w:p>
        </w:tc>
        <w:tc>
          <w:tcPr>
            <w:tcW w:w="2016" w:type="dxa"/>
          </w:tcPr>
          <w:p w14:paraId="1031B333" w14:textId="77777777" w:rsidR="009D07C3" w:rsidRDefault="009D07C3">
            <w:pPr>
              <w:spacing w:after="0"/>
            </w:pPr>
          </w:p>
        </w:tc>
        <w:tc>
          <w:tcPr>
            <w:tcW w:w="1728" w:type="dxa"/>
          </w:tcPr>
          <w:p w14:paraId="5DB47016" w14:textId="77777777" w:rsidR="009D07C3" w:rsidRDefault="009D07C3">
            <w:pPr>
              <w:spacing w:after="0"/>
            </w:pPr>
          </w:p>
        </w:tc>
        <w:tc>
          <w:tcPr>
            <w:tcW w:w="2160" w:type="dxa"/>
          </w:tcPr>
          <w:p w14:paraId="6E3CDD8C" w14:textId="77777777" w:rsidR="009D07C3" w:rsidRDefault="009D07C3">
            <w:pPr>
              <w:spacing w:after="0"/>
            </w:pPr>
          </w:p>
        </w:tc>
        <w:tc>
          <w:tcPr>
            <w:tcW w:w="1440" w:type="dxa"/>
          </w:tcPr>
          <w:p w14:paraId="300C30BB" w14:textId="77777777" w:rsidR="009D07C3" w:rsidRDefault="009D07C3">
            <w:pPr>
              <w:spacing w:after="0"/>
            </w:pPr>
          </w:p>
        </w:tc>
      </w:tr>
      <w:tr w:rsidR="009D07C3" w14:paraId="013B2CB7" w14:textId="77777777">
        <w:trPr>
          <w:jc w:val="center"/>
        </w:trPr>
        <w:tc>
          <w:tcPr>
            <w:tcW w:w="2880" w:type="dxa"/>
          </w:tcPr>
          <w:p w14:paraId="12B1F585" w14:textId="77777777" w:rsidR="009D07C3" w:rsidRDefault="009D07C3">
            <w:pPr>
              <w:spacing w:after="0"/>
            </w:pPr>
          </w:p>
        </w:tc>
        <w:tc>
          <w:tcPr>
            <w:tcW w:w="2016" w:type="dxa"/>
          </w:tcPr>
          <w:p w14:paraId="5024A57D" w14:textId="77777777" w:rsidR="009D07C3" w:rsidRDefault="009D07C3">
            <w:pPr>
              <w:spacing w:after="0"/>
            </w:pPr>
          </w:p>
        </w:tc>
        <w:tc>
          <w:tcPr>
            <w:tcW w:w="1728" w:type="dxa"/>
          </w:tcPr>
          <w:p w14:paraId="28ED92C4" w14:textId="77777777" w:rsidR="009D07C3" w:rsidRDefault="009D07C3">
            <w:pPr>
              <w:spacing w:after="0"/>
            </w:pPr>
          </w:p>
        </w:tc>
        <w:tc>
          <w:tcPr>
            <w:tcW w:w="2160" w:type="dxa"/>
          </w:tcPr>
          <w:p w14:paraId="3D242153" w14:textId="77777777" w:rsidR="009D07C3" w:rsidRDefault="009D07C3">
            <w:pPr>
              <w:spacing w:after="0"/>
            </w:pPr>
          </w:p>
        </w:tc>
        <w:tc>
          <w:tcPr>
            <w:tcW w:w="1440" w:type="dxa"/>
          </w:tcPr>
          <w:p w14:paraId="2E1F48DE" w14:textId="77777777" w:rsidR="009D07C3" w:rsidRDefault="009D07C3">
            <w:pPr>
              <w:spacing w:after="0"/>
            </w:pPr>
          </w:p>
        </w:tc>
      </w:tr>
      <w:tr w:rsidR="009D07C3" w14:paraId="438D3458" w14:textId="77777777">
        <w:trPr>
          <w:jc w:val="center"/>
        </w:trPr>
        <w:tc>
          <w:tcPr>
            <w:tcW w:w="2880" w:type="dxa"/>
          </w:tcPr>
          <w:p w14:paraId="562F2792" w14:textId="77777777" w:rsidR="009D07C3" w:rsidRDefault="009D07C3">
            <w:pPr>
              <w:spacing w:after="0"/>
            </w:pPr>
          </w:p>
        </w:tc>
        <w:tc>
          <w:tcPr>
            <w:tcW w:w="2016" w:type="dxa"/>
          </w:tcPr>
          <w:p w14:paraId="6A0DE3A1" w14:textId="77777777" w:rsidR="009D07C3" w:rsidRDefault="009D07C3">
            <w:pPr>
              <w:spacing w:after="0"/>
            </w:pPr>
          </w:p>
        </w:tc>
        <w:tc>
          <w:tcPr>
            <w:tcW w:w="1728" w:type="dxa"/>
          </w:tcPr>
          <w:p w14:paraId="31E289C1" w14:textId="77777777" w:rsidR="009D07C3" w:rsidRDefault="009D07C3">
            <w:pPr>
              <w:spacing w:after="0"/>
            </w:pPr>
          </w:p>
        </w:tc>
        <w:tc>
          <w:tcPr>
            <w:tcW w:w="2160" w:type="dxa"/>
          </w:tcPr>
          <w:p w14:paraId="5ACB8B07" w14:textId="77777777" w:rsidR="009D07C3" w:rsidRDefault="009D07C3">
            <w:pPr>
              <w:spacing w:after="0"/>
            </w:pPr>
          </w:p>
        </w:tc>
        <w:tc>
          <w:tcPr>
            <w:tcW w:w="1440" w:type="dxa"/>
          </w:tcPr>
          <w:p w14:paraId="4DA1642F" w14:textId="77777777" w:rsidR="009D07C3" w:rsidRDefault="009D07C3">
            <w:pPr>
              <w:spacing w:after="0"/>
            </w:pPr>
          </w:p>
        </w:tc>
      </w:tr>
      <w:tr w:rsidR="009D07C3" w14:paraId="387BEDAD" w14:textId="77777777">
        <w:trPr>
          <w:jc w:val="center"/>
        </w:trPr>
        <w:tc>
          <w:tcPr>
            <w:tcW w:w="2880" w:type="dxa"/>
          </w:tcPr>
          <w:p w14:paraId="1B1DE292" w14:textId="77777777" w:rsidR="009D07C3" w:rsidRDefault="009D07C3">
            <w:pPr>
              <w:spacing w:after="0"/>
            </w:pPr>
          </w:p>
        </w:tc>
        <w:tc>
          <w:tcPr>
            <w:tcW w:w="2016" w:type="dxa"/>
          </w:tcPr>
          <w:p w14:paraId="6489C345" w14:textId="77777777" w:rsidR="009D07C3" w:rsidRDefault="009D07C3">
            <w:pPr>
              <w:spacing w:after="0"/>
            </w:pPr>
          </w:p>
        </w:tc>
        <w:tc>
          <w:tcPr>
            <w:tcW w:w="1728" w:type="dxa"/>
          </w:tcPr>
          <w:p w14:paraId="14150BCE" w14:textId="77777777" w:rsidR="009D07C3" w:rsidRDefault="009D07C3">
            <w:pPr>
              <w:spacing w:after="0"/>
            </w:pPr>
          </w:p>
        </w:tc>
        <w:tc>
          <w:tcPr>
            <w:tcW w:w="2160" w:type="dxa"/>
          </w:tcPr>
          <w:p w14:paraId="06729A3B" w14:textId="77777777" w:rsidR="009D07C3" w:rsidRDefault="009D07C3">
            <w:pPr>
              <w:spacing w:after="0"/>
            </w:pPr>
          </w:p>
        </w:tc>
        <w:tc>
          <w:tcPr>
            <w:tcW w:w="1440" w:type="dxa"/>
          </w:tcPr>
          <w:p w14:paraId="75938C57" w14:textId="77777777" w:rsidR="009D07C3" w:rsidRDefault="009D07C3">
            <w:pPr>
              <w:spacing w:after="0"/>
            </w:pPr>
          </w:p>
        </w:tc>
      </w:tr>
    </w:tbl>
    <w:p w14:paraId="0559DA4C" w14:textId="77777777" w:rsidR="009D07C3" w:rsidRDefault="009D07C3">
      <w:pPr>
        <w:spacing w:after="40"/>
      </w:pPr>
    </w:p>
    <w:p w14:paraId="63183DEB" w14:textId="77777777" w:rsidR="009D07C3" w:rsidRDefault="004C6837">
      <w:pPr>
        <w:pStyle w:val="Heading1"/>
        <w:spacing w:before="160" w:after="80"/>
      </w:pPr>
      <w:r>
        <w:rPr>
          <w:rFonts w:ascii="Arial" w:hAnsi="Arial"/>
          <w:color w:val="1F4E79"/>
          <w:sz w:val="24"/>
        </w:rPr>
        <w:t>9. Personal Therapy</w:t>
      </w:r>
    </w:p>
    <w:p w14:paraId="340C55EF" w14:textId="77777777" w:rsidR="009D07C3" w:rsidRDefault="004C6837">
      <w:pPr>
        <w:spacing w:after="80" w:line="252" w:lineRule="auto"/>
      </w:pPr>
      <w:r>
        <w:t>Personal therapy must be in a modality consistent with the training approach, or equivalent where accepted for the psychotherapeutic counselling route.</w:t>
      </w:r>
    </w:p>
    <w:tbl>
      <w:tblPr>
        <w:tblW w:w="0" w:type="auto"/>
        <w:jc w:val="center"/>
        <w:tblBorders>
          <w:top w:val="single" w:sz="4" w:space="0" w:color="7F7F7F"/>
          <w:left w:val="single" w:sz="4" w:space="0" w:color="7F7F7F"/>
          <w:bottom w:val="single" w:sz="4" w:space="0" w:color="7F7F7F"/>
          <w:right w:val="single" w:sz="4" w:space="0" w:color="7F7F7F"/>
          <w:insideH w:val="single" w:sz="4" w:space="0" w:color="7F7F7F"/>
          <w:insideV w:val="single" w:sz="4" w:space="0" w:color="7F7F7F"/>
        </w:tblBorders>
        <w:tblLook w:val="04A0" w:firstRow="1" w:lastRow="0" w:firstColumn="1" w:lastColumn="0" w:noHBand="0" w:noVBand="1"/>
      </w:tblPr>
      <w:tblGrid>
        <w:gridCol w:w="1656"/>
        <w:gridCol w:w="1296"/>
        <w:gridCol w:w="1152"/>
        <w:gridCol w:w="1080"/>
        <w:gridCol w:w="1656"/>
        <w:gridCol w:w="1944"/>
        <w:gridCol w:w="1296"/>
      </w:tblGrid>
      <w:tr w:rsidR="009D07C3" w14:paraId="77E5F173" w14:textId="77777777">
        <w:trPr>
          <w:jc w:val="center"/>
        </w:trPr>
        <w:tc>
          <w:tcPr>
            <w:tcW w:w="1656" w:type="dxa"/>
            <w:shd w:val="clear" w:color="auto" w:fill="D9EAF7"/>
          </w:tcPr>
          <w:p w14:paraId="58498B70" w14:textId="77777777" w:rsidR="009D07C3" w:rsidRDefault="004C6837">
            <w:pPr>
              <w:spacing w:after="0"/>
            </w:pPr>
            <w:r>
              <w:rPr>
                <w:b/>
                <w:sz w:val="14"/>
              </w:rPr>
              <w:t>Therapist name / service</w:t>
            </w:r>
          </w:p>
        </w:tc>
        <w:tc>
          <w:tcPr>
            <w:tcW w:w="1296" w:type="dxa"/>
            <w:shd w:val="clear" w:color="auto" w:fill="D9EAF7"/>
          </w:tcPr>
          <w:p w14:paraId="18772AD2" w14:textId="77777777" w:rsidR="009D07C3" w:rsidRDefault="004C6837">
            <w:pPr>
              <w:spacing w:after="0"/>
            </w:pPr>
            <w:r>
              <w:rPr>
                <w:b/>
                <w:sz w:val="14"/>
              </w:rPr>
              <w:t>Modality</w:t>
            </w:r>
          </w:p>
        </w:tc>
        <w:tc>
          <w:tcPr>
            <w:tcW w:w="1152" w:type="dxa"/>
            <w:shd w:val="clear" w:color="auto" w:fill="D9EAF7"/>
          </w:tcPr>
          <w:p w14:paraId="2EB279AE" w14:textId="77777777" w:rsidR="009D07C3" w:rsidRDefault="004C6837">
            <w:pPr>
              <w:spacing w:after="0"/>
            </w:pPr>
            <w:r>
              <w:rPr>
                <w:b/>
                <w:sz w:val="14"/>
              </w:rPr>
              <w:t>Dates</w:t>
            </w:r>
          </w:p>
        </w:tc>
        <w:tc>
          <w:tcPr>
            <w:tcW w:w="1080" w:type="dxa"/>
            <w:shd w:val="clear" w:color="auto" w:fill="D9EAF7"/>
          </w:tcPr>
          <w:p w14:paraId="0FF2D551" w14:textId="77777777" w:rsidR="009D07C3" w:rsidRDefault="004C6837">
            <w:pPr>
              <w:spacing w:after="0"/>
            </w:pPr>
            <w:r>
              <w:rPr>
                <w:b/>
                <w:sz w:val="14"/>
              </w:rPr>
              <w:t>Hours completed</w:t>
            </w:r>
          </w:p>
        </w:tc>
        <w:tc>
          <w:tcPr>
            <w:tcW w:w="1656" w:type="dxa"/>
            <w:shd w:val="clear" w:color="auto" w:fill="D9EAF7"/>
          </w:tcPr>
          <w:p w14:paraId="71EE3461" w14:textId="77777777" w:rsidR="009D07C3" w:rsidRDefault="004C6837">
            <w:pPr>
              <w:spacing w:after="0"/>
            </w:pPr>
            <w:r>
              <w:rPr>
                <w:b/>
                <w:sz w:val="14"/>
              </w:rPr>
              <w:t>Psychotherapist requirement: 160 hours</w:t>
            </w:r>
          </w:p>
        </w:tc>
        <w:tc>
          <w:tcPr>
            <w:tcW w:w="1944" w:type="dxa"/>
            <w:shd w:val="clear" w:color="auto" w:fill="D9EAF7"/>
          </w:tcPr>
          <w:p w14:paraId="5A5C50AB" w14:textId="77777777" w:rsidR="009D07C3" w:rsidRDefault="004C6837">
            <w:pPr>
              <w:spacing w:after="0"/>
            </w:pPr>
            <w:r>
              <w:rPr>
                <w:b/>
                <w:sz w:val="14"/>
              </w:rPr>
              <w:t>Psychotherapeutic Counsellor requirement: 105 hours</w:t>
            </w:r>
          </w:p>
        </w:tc>
        <w:tc>
          <w:tcPr>
            <w:tcW w:w="1296" w:type="dxa"/>
            <w:shd w:val="clear" w:color="auto" w:fill="D9EAF7"/>
          </w:tcPr>
          <w:p w14:paraId="228F8B76" w14:textId="77777777" w:rsidR="009D07C3" w:rsidRDefault="004C6837">
            <w:pPr>
              <w:spacing w:after="0"/>
            </w:pPr>
            <w:r>
              <w:rPr>
                <w:b/>
                <w:sz w:val="14"/>
              </w:rPr>
              <w:t>Evidence attached?</w:t>
            </w:r>
          </w:p>
        </w:tc>
      </w:tr>
      <w:tr w:rsidR="009D07C3" w14:paraId="3C7186EC" w14:textId="77777777">
        <w:trPr>
          <w:jc w:val="center"/>
        </w:trPr>
        <w:tc>
          <w:tcPr>
            <w:tcW w:w="1656" w:type="dxa"/>
          </w:tcPr>
          <w:p w14:paraId="4B6CC2D6" w14:textId="77777777" w:rsidR="009D07C3" w:rsidRDefault="009D07C3">
            <w:pPr>
              <w:spacing w:after="0"/>
            </w:pPr>
          </w:p>
        </w:tc>
        <w:tc>
          <w:tcPr>
            <w:tcW w:w="1296" w:type="dxa"/>
          </w:tcPr>
          <w:p w14:paraId="267B6189" w14:textId="77777777" w:rsidR="009D07C3" w:rsidRDefault="009D07C3">
            <w:pPr>
              <w:spacing w:after="0"/>
            </w:pPr>
          </w:p>
        </w:tc>
        <w:tc>
          <w:tcPr>
            <w:tcW w:w="1152" w:type="dxa"/>
          </w:tcPr>
          <w:p w14:paraId="66599DC8" w14:textId="77777777" w:rsidR="009D07C3" w:rsidRDefault="009D07C3">
            <w:pPr>
              <w:spacing w:after="0"/>
            </w:pPr>
          </w:p>
        </w:tc>
        <w:tc>
          <w:tcPr>
            <w:tcW w:w="1080" w:type="dxa"/>
          </w:tcPr>
          <w:p w14:paraId="1706F9C5" w14:textId="77777777" w:rsidR="009D07C3" w:rsidRDefault="009D07C3">
            <w:pPr>
              <w:spacing w:after="0"/>
            </w:pPr>
          </w:p>
        </w:tc>
        <w:tc>
          <w:tcPr>
            <w:tcW w:w="1656" w:type="dxa"/>
          </w:tcPr>
          <w:p w14:paraId="01A8B491" w14:textId="77777777" w:rsidR="009D07C3" w:rsidRDefault="004C6837">
            <w:pPr>
              <w:spacing w:after="0"/>
            </w:pPr>
            <w:r>
              <w:rPr>
                <w:sz w:val="14"/>
              </w:rPr>
              <w:t>[ ] Met  [ ] Not met</w:t>
            </w:r>
          </w:p>
        </w:tc>
        <w:tc>
          <w:tcPr>
            <w:tcW w:w="1944" w:type="dxa"/>
          </w:tcPr>
          <w:p w14:paraId="4023C26B" w14:textId="77777777" w:rsidR="009D07C3" w:rsidRDefault="004C6837">
            <w:pPr>
              <w:spacing w:after="0"/>
            </w:pPr>
            <w:r>
              <w:rPr>
                <w:sz w:val="14"/>
              </w:rPr>
              <w:t>[ ] Met  [ ] Not met</w:t>
            </w:r>
          </w:p>
        </w:tc>
        <w:tc>
          <w:tcPr>
            <w:tcW w:w="1296" w:type="dxa"/>
          </w:tcPr>
          <w:p w14:paraId="36E64F00" w14:textId="77777777" w:rsidR="009D07C3" w:rsidRDefault="004C6837">
            <w:pPr>
              <w:spacing w:after="0"/>
            </w:pPr>
            <w:r>
              <w:rPr>
                <w:sz w:val="14"/>
              </w:rPr>
              <w:t>[ ] Yes  [ ] No</w:t>
            </w:r>
          </w:p>
        </w:tc>
      </w:tr>
      <w:tr w:rsidR="009D07C3" w14:paraId="3B5DD59C" w14:textId="77777777">
        <w:trPr>
          <w:jc w:val="center"/>
        </w:trPr>
        <w:tc>
          <w:tcPr>
            <w:tcW w:w="1656" w:type="dxa"/>
          </w:tcPr>
          <w:p w14:paraId="6A51CFFE" w14:textId="77777777" w:rsidR="009D07C3" w:rsidRDefault="009D07C3">
            <w:pPr>
              <w:spacing w:after="0"/>
            </w:pPr>
          </w:p>
        </w:tc>
        <w:tc>
          <w:tcPr>
            <w:tcW w:w="1296" w:type="dxa"/>
          </w:tcPr>
          <w:p w14:paraId="5FA52F52" w14:textId="77777777" w:rsidR="009D07C3" w:rsidRDefault="009D07C3">
            <w:pPr>
              <w:spacing w:after="0"/>
            </w:pPr>
          </w:p>
        </w:tc>
        <w:tc>
          <w:tcPr>
            <w:tcW w:w="1152" w:type="dxa"/>
          </w:tcPr>
          <w:p w14:paraId="5F1533C7" w14:textId="77777777" w:rsidR="009D07C3" w:rsidRDefault="009D07C3">
            <w:pPr>
              <w:spacing w:after="0"/>
            </w:pPr>
          </w:p>
        </w:tc>
        <w:tc>
          <w:tcPr>
            <w:tcW w:w="1080" w:type="dxa"/>
          </w:tcPr>
          <w:p w14:paraId="4B705513" w14:textId="77777777" w:rsidR="009D07C3" w:rsidRDefault="009D07C3">
            <w:pPr>
              <w:spacing w:after="0"/>
            </w:pPr>
          </w:p>
        </w:tc>
        <w:tc>
          <w:tcPr>
            <w:tcW w:w="1656" w:type="dxa"/>
          </w:tcPr>
          <w:p w14:paraId="2F7C9671" w14:textId="77777777" w:rsidR="009D07C3" w:rsidRDefault="004C6837">
            <w:pPr>
              <w:spacing w:after="0"/>
            </w:pPr>
            <w:r>
              <w:rPr>
                <w:sz w:val="14"/>
              </w:rPr>
              <w:t>[ ] Met  [ ] Not met</w:t>
            </w:r>
          </w:p>
        </w:tc>
        <w:tc>
          <w:tcPr>
            <w:tcW w:w="1944" w:type="dxa"/>
          </w:tcPr>
          <w:p w14:paraId="59A42D0A" w14:textId="77777777" w:rsidR="009D07C3" w:rsidRDefault="004C6837">
            <w:pPr>
              <w:spacing w:after="0"/>
            </w:pPr>
            <w:r>
              <w:rPr>
                <w:sz w:val="14"/>
              </w:rPr>
              <w:t>[ ] Met  [ ] Not met</w:t>
            </w:r>
          </w:p>
        </w:tc>
        <w:tc>
          <w:tcPr>
            <w:tcW w:w="1296" w:type="dxa"/>
          </w:tcPr>
          <w:p w14:paraId="0A60B71F" w14:textId="77777777" w:rsidR="009D07C3" w:rsidRDefault="004C6837">
            <w:pPr>
              <w:spacing w:after="0"/>
            </w:pPr>
            <w:r>
              <w:rPr>
                <w:sz w:val="14"/>
              </w:rPr>
              <w:t>[ ] Yes  [ ] No</w:t>
            </w:r>
          </w:p>
        </w:tc>
      </w:tr>
      <w:tr w:rsidR="009D07C3" w14:paraId="4F7BD73C" w14:textId="77777777">
        <w:trPr>
          <w:jc w:val="center"/>
        </w:trPr>
        <w:tc>
          <w:tcPr>
            <w:tcW w:w="1656" w:type="dxa"/>
          </w:tcPr>
          <w:p w14:paraId="19D8A81A" w14:textId="77777777" w:rsidR="009D07C3" w:rsidRDefault="009D07C3">
            <w:pPr>
              <w:spacing w:after="0"/>
            </w:pPr>
          </w:p>
        </w:tc>
        <w:tc>
          <w:tcPr>
            <w:tcW w:w="1296" w:type="dxa"/>
          </w:tcPr>
          <w:p w14:paraId="27B5AC89" w14:textId="77777777" w:rsidR="009D07C3" w:rsidRDefault="009D07C3">
            <w:pPr>
              <w:spacing w:after="0"/>
            </w:pPr>
          </w:p>
        </w:tc>
        <w:tc>
          <w:tcPr>
            <w:tcW w:w="1152" w:type="dxa"/>
          </w:tcPr>
          <w:p w14:paraId="7FA8DB5B" w14:textId="77777777" w:rsidR="009D07C3" w:rsidRDefault="009D07C3">
            <w:pPr>
              <w:spacing w:after="0"/>
            </w:pPr>
          </w:p>
        </w:tc>
        <w:tc>
          <w:tcPr>
            <w:tcW w:w="1080" w:type="dxa"/>
          </w:tcPr>
          <w:p w14:paraId="0BF43F3A" w14:textId="77777777" w:rsidR="009D07C3" w:rsidRDefault="009D07C3">
            <w:pPr>
              <w:spacing w:after="0"/>
            </w:pPr>
          </w:p>
        </w:tc>
        <w:tc>
          <w:tcPr>
            <w:tcW w:w="1656" w:type="dxa"/>
          </w:tcPr>
          <w:p w14:paraId="342A4FA4" w14:textId="77777777" w:rsidR="009D07C3" w:rsidRDefault="004C6837">
            <w:pPr>
              <w:spacing w:after="0"/>
            </w:pPr>
            <w:r>
              <w:rPr>
                <w:sz w:val="14"/>
              </w:rPr>
              <w:t>[ ] Met  [ ] Not met</w:t>
            </w:r>
          </w:p>
        </w:tc>
        <w:tc>
          <w:tcPr>
            <w:tcW w:w="1944" w:type="dxa"/>
          </w:tcPr>
          <w:p w14:paraId="563E0990" w14:textId="77777777" w:rsidR="009D07C3" w:rsidRDefault="004C6837">
            <w:pPr>
              <w:spacing w:after="0"/>
            </w:pPr>
            <w:r>
              <w:rPr>
                <w:sz w:val="14"/>
              </w:rPr>
              <w:t>[ ] Met  [ ] Not met</w:t>
            </w:r>
          </w:p>
        </w:tc>
        <w:tc>
          <w:tcPr>
            <w:tcW w:w="1296" w:type="dxa"/>
          </w:tcPr>
          <w:p w14:paraId="2501C1FD" w14:textId="77777777" w:rsidR="009D07C3" w:rsidRDefault="004C6837">
            <w:pPr>
              <w:spacing w:after="0"/>
            </w:pPr>
            <w:r>
              <w:rPr>
                <w:sz w:val="14"/>
              </w:rPr>
              <w:t>[ ] Yes  [ ] No</w:t>
            </w:r>
          </w:p>
        </w:tc>
      </w:tr>
      <w:tr w:rsidR="009D07C3" w14:paraId="43DFF438" w14:textId="77777777">
        <w:trPr>
          <w:jc w:val="center"/>
        </w:trPr>
        <w:tc>
          <w:tcPr>
            <w:tcW w:w="1656" w:type="dxa"/>
          </w:tcPr>
          <w:p w14:paraId="5CFCE7D8" w14:textId="77777777" w:rsidR="009D07C3" w:rsidRDefault="009D07C3">
            <w:pPr>
              <w:spacing w:after="0"/>
            </w:pPr>
          </w:p>
        </w:tc>
        <w:tc>
          <w:tcPr>
            <w:tcW w:w="1296" w:type="dxa"/>
          </w:tcPr>
          <w:p w14:paraId="6D573B82" w14:textId="77777777" w:rsidR="009D07C3" w:rsidRDefault="009D07C3">
            <w:pPr>
              <w:spacing w:after="0"/>
            </w:pPr>
          </w:p>
        </w:tc>
        <w:tc>
          <w:tcPr>
            <w:tcW w:w="1152" w:type="dxa"/>
          </w:tcPr>
          <w:p w14:paraId="4692D599" w14:textId="77777777" w:rsidR="009D07C3" w:rsidRDefault="009D07C3">
            <w:pPr>
              <w:spacing w:after="0"/>
            </w:pPr>
          </w:p>
        </w:tc>
        <w:tc>
          <w:tcPr>
            <w:tcW w:w="1080" w:type="dxa"/>
          </w:tcPr>
          <w:p w14:paraId="0A1933AA" w14:textId="77777777" w:rsidR="009D07C3" w:rsidRDefault="009D07C3">
            <w:pPr>
              <w:spacing w:after="0"/>
            </w:pPr>
          </w:p>
        </w:tc>
        <w:tc>
          <w:tcPr>
            <w:tcW w:w="1656" w:type="dxa"/>
          </w:tcPr>
          <w:p w14:paraId="03DFB583" w14:textId="77777777" w:rsidR="009D07C3" w:rsidRDefault="004C6837">
            <w:pPr>
              <w:spacing w:after="0"/>
            </w:pPr>
            <w:r>
              <w:rPr>
                <w:sz w:val="14"/>
              </w:rPr>
              <w:t>[ ] Met  [ ] Not met</w:t>
            </w:r>
          </w:p>
        </w:tc>
        <w:tc>
          <w:tcPr>
            <w:tcW w:w="1944" w:type="dxa"/>
          </w:tcPr>
          <w:p w14:paraId="38431145" w14:textId="77777777" w:rsidR="009D07C3" w:rsidRDefault="004C6837">
            <w:pPr>
              <w:spacing w:after="0"/>
            </w:pPr>
            <w:r>
              <w:rPr>
                <w:sz w:val="14"/>
              </w:rPr>
              <w:t>[ ] Met  [ ] Not met</w:t>
            </w:r>
          </w:p>
        </w:tc>
        <w:tc>
          <w:tcPr>
            <w:tcW w:w="1296" w:type="dxa"/>
          </w:tcPr>
          <w:p w14:paraId="7FFA641F" w14:textId="77777777" w:rsidR="009D07C3" w:rsidRDefault="004C6837">
            <w:pPr>
              <w:spacing w:after="0"/>
            </w:pPr>
            <w:r>
              <w:rPr>
                <w:sz w:val="14"/>
              </w:rPr>
              <w:t>[ ] Yes  [ ] No</w:t>
            </w:r>
          </w:p>
        </w:tc>
      </w:tr>
      <w:tr w:rsidR="009D07C3" w14:paraId="30187294" w14:textId="77777777">
        <w:trPr>
          <w:jc w:val="center"/>
        </w:trPr>
        <w:tc>
          <w:tcPr>
            <w:tcW w:w="1656" w:type="dxa"/>
          </w:tcPr>
          <w:p w14:paraId="01A8E509" w14:textId="77777777" w:rsidR="009D07C3" w:rsidRDefault="009D07C3">
            <w:pPr>
              <w:spacing w:after="0"/>
            </w:pPr>
          </w:p>
        </w:tc>
        <w:tc>
          <w:tcPr>
            <w:tcW w:w="1296" w:type="dxa"/>
          </w:tcPr>
          <w:p w14:paraId="476731D5" w14:textId="77777777" w:rsidR="009D07C3" w:rsidRDefault="009D07C3">
            <w:pPr>
              <w:spacing w:after="0"/>
            </w:pPr>
          </w:p>
        </w:tc>
        <w:tc>
          <w:tcPr>
            <w:tcW w:w="1152" w:type="dxa"/>
          </w:tcPr>
          <w:p w14:paraId="5CEF8E9F" w14:textId="77777777" w:rsidR="009D07C3" w:rsidRDefault="009D07C3">
            <w:pPr>
              <w:spacing w:after="0"/>
            </w:pPr>
          </w:p>
        </w:tc>
        <w:tc>
          <w:tcPr>
            <w:tcW w:w="1080" w:type="dxa"/>
          </w:tcPr>
          <w:p w14:paraId="6D3F51AF" w14:textId="77777777" w:rsidR="009D07C3" w:rsidRDefault="009D07C3">
            <w:pPr>
              <w:spacing w:after="0"/>
            </w:pPr>
          </w:p>
        </w:tc>
        <w:tc>
          <w:tcPr>
            <w:tcW w:w="1656" w:type="dxa"/>
          </w:tcPr>
          <w:p w14:paraId="312DA44E" w14:textId="77777777" w:rsidR="009D07C3" w:rsidRDefault="004C6837">
            <w:pPr>
              <w:spacing w:after="0"/>
            </w:pPr>
            <w:r>
              <w:rPr>
                <w:sz w:val="14"/>
              </w:rPr>
              <w:t>[ ] Met  [ ] Not met</w:t>
            </w:r>
          </w:p>
        </w:tc>
        <w:tc>
          <w:tcPr>
            <w:tcW w:w="1944" w:type="dxa"/>
          </w:tcPr>
          <w:p w14:paraId="3F051662" w14:textId="77777777" w:rsidR="009D07C3" w:rsidRDefault="004C6837">
            <w:pPr>
              <w:spacing w:after="0"/>
            </w:pPr>
            <w:r>
              <w:rPr>
                <w:sz w:val="14"/>
              </w:rPr>
              <w:t>[ ] Met  [ ] Not met</w:t>
            </w:r>
          </w:p>
        </w:tc>
        <w:tc>
          <w:tcPr>
            <w:tcW w:w="1296" w:type="dxa"/>
          </w:tcPr>
          <w:p w14:paraId="41388378" w14:textId="77777777" w:rsidR="009D07C3" w:rsidRDefault="004C6837">
            <w:pPr>
              <w:spacing w:after="0"/>
            </w:pPr>
            <w:r>
              <w:rPr>
                <w:sz w:val="14"/>
              </w:rPr>
              <w:t>[ ] Yes  [ ] No</w:t>
            </w:r>
          </w:p>
        </w:tc>
      </w:tr>
      <w:tr w:rsidR="009D07C3" w14:paraId="3D8989EF" w14:textId="77777777">
        <w:trPr>
          <w:jc w:val="center"/>
        </w:trPr>
        <w:tc>
          <w:tcPr>
            <w:tcW w:w="1656" w:type="dxa"/>
          </w:tcPr>
          <w:p w14:paraId="34F06564" w14:textId="77777777" w:rsidR="009D07C3" w:rsidRDefault="004C6837">
            <w:pPr>
              <w:spacing w:after="0"/>
            </w:pPr>
            <w:r>
              <w:rPr>
                <w:sz w:val="14"/>
              </w:rPr>
              <w:t>TOTAL</w:t>
            </w:r>
          </w:p>
        </w:tc>
        <w:tc>
          <w:tcPr>
            <w:tcW w:w="1296" w:type="dxa"/>
          </w:tcPr>
          <w:p w14:paraId="056E8E10" w14:textId="77777777" w:rsidR="009D07C3" w:rsidRDefault="009D07C3">
            <w:pPr>
              <w:spacing w:after="0"/>
            </w:pPr>
          </w:p>
        </w:tc>
        <w:tc>
          <w:tcPr>
            <w:tcW w:w="1152" w:type="dxa"/>
          </w:tcPr>
          <w:p w14:paraId="7D4CC264" w14:textId="77777777" w:rsidR="009D07C3" w:rsidRDefault="009D07C3">
            <w:pPr>
              <w:spacing w:after="0"/>
            </w:pPr>
          </w:p>
        </w:tc>
        <w:tc>
          <w:tcPr>
            <w:tcW w:w="1080" w:type="dxa"/>
          </w:tcPr>
          <w:p w14:paraId="04CA7A95" w14:textId="77777777" w:rsidR="009D07C3" w:rsidRDefault="009D07C3">
            <w:pPr>
              <w:spacing w:after="0"/>
            </w:pPr>
          </w:p>
        </w:tc>
        <w:tc>
          <w:tcPr>
            <w:tcW w:w="1656" w:type="dxa"/>
          </w:tcPr>
          <w:p w14:paraId="66CD4A2B" w14:textId="77777777" w:rsidR="009D07C3" w:rsidRDefault="009D07C3">
            <w:pPr>
              <w:spacing w:after="0"/>
            </w:pPr>
          </w:p>
        </w:tc>
        <w:tc>
          <w:tcPr>
            <w:tcW w:w="1944" w:type="dxa"/>
          </w:tcPr>
          <w:p w14:paraId="6CA33B9F" w14:textId="77777777" w:rsidR="009D07C3" w:rsidRDefault="009D07C3">
            <w:pPr>
              <w:spacing w:after="0"/>
            </w:pPr>
          </w:p>
        </w:tc>
        <w:tc>
          <w:tcPr>
            <w:tcW w:w="1296" w:type="dxa"/>
          </w:tcPr>
          <w:p w14:paraId="4D332119" w14:textId="77777777" w:rsidR="009D07C3" w:rsidRDefault="009D07C3">
            <w:pPr>
              <w:spacing w:after="0"/>
            </w:pPr>
          </w:p>
        </w:tc>
      </w:tr>
    </w:tbl>
    <w:p w14:paraId="607D6519" w14:textId="77777777" w:rsidR="009D07C3" w:rsidRDefault="009D07C3">
      <w:pPr>
        <w:spacing w:after="40"/>
      </w:pPr>
    </w:p>
    <w:p w14:paraId="459C50AA" w14:textId="77777777" w:rsidR="009D07C3" w:rsidRDefault="004C6837">
      <w:pPr>
        <w:pStyle w:val="Heading1"/>
        <w:spacing w:before="160" w:after="80"/>
      </w:pPr>
      <w:r>
        <w:rPr>
          <w:rFonts w:ascii="Arial" w:hAnsi="Arial"/>
          <w:color w:val="1F4E79"/>
          <w:sz w:val="24"/>
        </w:rPr>
        <w:t>10. Written Component</w:t>
      </w:r>
    </w:p>
    <w:p w14:paraId="18CF68C5" w14:textId="77777777" w:rsidR="009D07C3" w:rsidRDefault="004C6837">
      <w:pPr>
        <w:spacing w:after="80" w:line="252" w:lineRule="auto"/>
      </w:pPr>
      <w:r>
        <w:t>Complete the applicable written component unless your core training included an equivalent extended case study or reflective essay. Attach the assessment evidence if claiming equivalence.</w:t>
      </w:r>
    </w:p>
    <w:tbl>
      <w:tblPr>
        <w:tblW w:w="0" w:type="auto"/>
        <w:jc w:val="center"/>
        <w:tblBorders>
          <w:top w:val="single" w:sz="4" w:space="0" w:color="7F7F7F"/>
          <w:left w:val="single" w:sz="4" w:space="0" w:color="7F7F7F"/>
          <w:bottom w:val="single" w:sz="4" w:space="0" w:color="7F7F7F"/>
          <w:right w:val="single" w:sz="4" w:space="0" w:color="7F7F7F"/>
          <w:insideH w:val="single" w:sz="4" w:space="0" w:color="7F7F7F"/>
          <w:insideV w:val="single" w:sz="4" w:space="0" w:color="7F7F7F"/>
        </w:tblBorders>
        <w:tblLook w:val="04A0" w:firstRow="1" w:lastRow="0" w:firstColumn="1" w:lastColumn="0" w:noHBand="0" w:noVBand="1"/>
      </w:tblPr>
      <w:tblGrid>
        <w:gridCol w:w="1872"/>
        <w:gridCol w:w="4320"/>
        <w:gridCol w:w="2592"/>
        <w:gridCol w:w="1296"/>
      </w:tblGrid>
      <w:tr w:rsidR="009D07C3" w14:paraId="31106E24" w14:textId="77777777">
        <w:trPr>
          <w:jc w:val="center"/>
        </w:trPr>
        <w:tc>
          <w:tcPr>
            <w:tcW w:w="1872" w:type="dxa"/>
            <w:shd w:val="clear" w:color="auto" w:fill="D9EAF7"/>
          </w:tcPr>
          <w:p w14:paraId="67F30D54" w14:textId="77777777" w:rsidR="009D07C3" w:rsidRDefault="004C6837">
            <w:pPr>
              <w:spacing w:after="0"/>
            </w:pPr>
            <w:r>
              <w:rPr>
                <w:b/>
                <w:sz w:val="16"/>
              </w:rPr>
              <w:lastRenderedPageBreak/>
              <w:t>Route</w:t>
            </w:r>
          </w:p>
        </w:tc>
        <w:tc>
          <w:tcPr>
            <w:tcW w:w="4320" w:type="dxa"/>
            <w:shd w:val="clear" w:color="auto" w:fill="D9EAF7"/>
          </w:tcPr>
          <w:p w14:paraId="72533F75" w14:textId="77777777" w:rsidR="009D07C3" w:rsidRDefault="004C6837">
            <w:pPr>
              <w:spacing w:after="0"/>
            </w:pPr>
            <w:r>
              <w:rPr>
                <w:b/>
                <w:sz w:val="16"/>
              </w:rPr>
              <w:t>Requirement</w:t>
            </w:r>
          </w:p>
        </w:tc>
        <w:tc>
          <w:tcPr>
            <w:tcW w:w="2592" w:type="dxa"/>
            <w:shd w:val="clear" w:color="auto" w:fill="D9EAF7"/>
          </w:tcPr>
          <w:p w14:paraId="7EB65393" w14:textId="77777777" w:rsidR="009D07C3" w:rsidRDefault="004C6837">
            <w:pPr>
              <w:spacing w:after="0"/>
            </w:pPr>
            <w:r>
              <w:rPr>
                <w:b/>
                <w:sz w:val="16"/>
              </w:rPr>
              <w:t>Applicant response</w:t>
            </w:r>
          </w:p>
        </w:tc>
        <w:tc>
          <w:tcPr>
            <w:tcW w:w="1296" w:type="dxa"/>
            <w:shd w:val="clear" w:color="auto" w:fill="D9EAF7"/>
          </w:tcPr>
          <w:p w14:paraId="33B13A25" w14:textId="77777777" w:rsidR="009D07C3" w:rsidRDefault="004C6837">
            <w:pPr>
              <w:spacing w:after="0"/>
            </w:pPr>
            <w:r>
              <w:rPr>
                <w:b/>
                <w:sz w:val="16"/>
              </w:rPr>
              <w:t>Evidence attached?</w:t>
            </w:r>
          </w:p>
        </w:tc>
      </w:tr>
      <w:tr w:rsidR="009D07C3" w14:paraId="3B676013" w14:textId="77777777">
        <w:trPr>
          <w:jc w:val="center"/>
        </w:trPr>
        <w:tc>
          <w:tcPr>
            <w:tcW w:w="1872" w:type="dxa"/>
          </w:tcPr>
          <w:p w14:paraId="5E5E269B" w14:textId="77777777" w:rsidR="009D07C3" w:rsidRDefault="004C6837">
            <w:pPr>
              <w:spacing w:after="0"/>
            </w:pPr>
            <w:r>
              <w:rPr>
                <w:sz w:val="16"/>
              </w:rPr>
              <w:t>Psychotherapist</w:t>
            </w:r>
          </w:p>
        </w:tc>
        <w:tc>
          <w:tcPr>
            <w:tcW w:w="4320" w:type="dxa"/>
          </w:tcPr>
          <w:p w14:paraId="5CFBE5BE" w14:textId="77777777" w:rsidR="009D07C3" w:rsidRDefault="004C6837">
            <w:pPr>
              <w:spacing w:after="0"/>
            </w:pPr>
            <w:r>
              <w:rPr>
                <w:sz w:val="16"/>
              </w:rPr>
              <w:t>Case Study: 4,000 words (+/-10%). Required if core training did not include an equivalent extended case study. It must explore a client relationship over at least six sessions, link theory to practice, and include practitioner reflection.</w:t>
            </w:r>
          </w:p>
        </w:tc>
        <w:tc>
          <w:tcPr>
            <w:tcW w:w="2592" w:type="dxa"/>
          </w:tcPr>
          <w:p w14:paraId="46A99745" w14:textId="77777777" w:rsidR="009D07C3" w:rsidRDefault="004C6837">
            <w:pPr>
              <w:spacing w:after="0"/>
            </w:pPr>
            <w:r>
              <w:rPr>
                <w:sz w:val="16"/>
              </w:rPr>
              <w:t>[ ] Submitted new case study</w:t>
            </w:r>
            <w:r>
              <w:br/>
            </w:r>
            <w:r>
              <w:rPr>
                <w:sz w:val="16"/>
              </w:rPr>
              <w:t>[ ] Equivalent completed in core training</w:t>
            </w:r>
            <w:r>
              <w:br/>
            </w:r>
            <w:r>
              <w:rPr>
                <w:sz w:val="16"/>
              </w:rPr>
              <w:t>[ ] Not applicable</w:t>
            </w:r>
          </w:p>
        </w:tc>
        <w:tc>
          <w:tcPr>
            <w:tcW w:w="1296" w:type="dxa"/>
          </w:tcPr>
          <w:p w14:paraId="731D0575" w14:textId="77777777" w:rsidR="009D07C3" w:rsidRDefault="004C6837">
            <w:pPr>
              <w:spacing w:after="0"/>
            </w:pPr>
            <w:r>
              <w:rPr>
                <w:sz w:val="16"/>
              </w:rPr>
              <w:t>[ ] Yes  [ ] No</w:t>
            </w:r>
          </w:p>
        </w:tc>
      </w:tr>
      <w:tr w:rsidR="009D07C3" w14:paraId="39E5249F" w14:textId="77777777">
        <w:trPr>
          <w:jc w:val="center"/>
        </w:trPr>
        <w:tc>
          <w:tcPr>
            <w:tcW w:w="1872" w:type="dxa"/>
          </w:tcPr>
          <w:p w14:paraId="07DD9B70" w14:textId="77777777" w:rsidR="009D07C3" w:rsidRDefault="004C6837">
            <w:pPr>
              <w:spacing w:after="0"/>
            </w:pPr>
            <w:r>
              <w:rPr>
                <w:sz w:val="16"/>
              </w:rPr>
              <w:t>Psychotherapeutic Counsellor</w:t>
            </w:r>
          </w:p>
        </w:tc>
        <w:tc>
          <w:tcPr>
            <w:tcW w:w="4320" w:type="dxa"/>
          </w:tcPr>
          <w:p w14:paraId="5BA0C5B1" w14:textId="77777777" w:rsidR="009D07C3" w:rsidRDefault="004C6837">
            <w:pPr>
              <w:spacing w:after="0"/>
            </w:pPr>
            <w:r>
              <w:rPr>
                <w:sz w:val="16"/>
              </w:rPr>
              <w:t>Reflective Essay: 3,000 words (+/-10%). Required if core training did not include an equivalent reflective essay or case study. It must address professional practice, theory relevant to modality, ethics and the therapeutic relationship.</w:t>
            </w:r>
          </w:p>
        </w:tc>
        <w:tc>
          <w:tcPr>
            <w:tcW w:w="2592" w:type="dxa"/>
          </w:tcPr>
          <w:p w14:paraId="41CD055F" w14:textId="77777777" w:rsidR="009D07C3" w:rsidRDefault="004C6837">
            <w:pPr>
              <w:spacing w:after="0"/>
            </w:pPr>
            <w:r>
              <w:rPr>
                <w:sz w:val="16"/>
              </w:rPr>
              <w:t>[ ] Submitted new reflective essay</w:t>
            </w:r>
            <w:r>
              <w:br/>
            </w:r>
            <w:r>
              <w:rPr>
                <w:sz w:val="16"/>
              </w:rPr>
              <w:t>[ ] Equivalent completed in core training</w:t>
            </w:r>
            <w:r>
              <w:br/>
            </w:r>
            <w:r>
              <w:rPr>
                <w:sz w:val="16"/>
              </w:rPr>
              <w:t>[ ] Not applicable</w:t>
            </w:r>
          </w:p>
        </w:tc>
        <w:tc>
          <w:tcPr>
            <w:tcW w:w="1296" w:type="dxa"/>
          </w:tcPr>
          <w:p w14:paraId="7153E0D4" w14:textId="77777777" w:rsidR="009D07C3" w:rsidRDefault="004C6837">
            <w:pPr>
              <w:spacing w:after="0"/>
            </w:pPr>
            <w:r>
              <w:rPr>
                <w:sz w:val="16"/>
              </w:rPr>
              <w:t>[ ] Yes  [ ] No</w:t>
            </w:r>
          </w:p>
        </w:tc>
      </w:tr>
    </w:tbl>
    <w:p w14:paraId="26BAA821" w14:textId="77777777" w:rsidR="009D07C3" w:rsidRDefault="009D07C3">
      <w:pPr>
        <w:spacing w:after="40"/>
      </w:pPr>
    </w:p>
    <w:p w14:paraId="61D0AE96" w14:textId="77777777" w:rsidR="009D07C3" w:rsidRDefault="004C6837">
      <w:pPr>
        <w:pStyle w:val="Heading1"/>
        <w:spacing w:before="160" w:after="80"/>
      </w:pPr>
      <w:r>
        <w:rPr>
          <w:rFonts w:ascii="Arial" w:hAnsi="Arial"/>
          <w:color w:val="1F4E79"/>
          <w:sz w:val="24"/>
        </w:rPr>
        <w:t>11. Referee / Endorsement Statement</w:t>
      </w:r>
    </w:p>
    <w:p w14:paraId="1DC69DF7" w14:textId="77777777" w:rsidR="009D07C3" w:rsidRDefault="004C6837">
      <w:pPr>
        <w:spacing w:after="80" w:line="252" w:lineRule="auto"/>
      </w:pPr>
      <w:r>
        <w:t>The referee statement must be completed by an experienced professional who is not the applicant's supervisor or trainer. For applicants from an NHS-funded training pathway, an endorsement report from the Course Director is required instead.</w:t>
      </w:r>
    </w:p>
    <w:tbl>
      <w:tblPr>
        <w:tblW w:w="0" w:type="auto"/>
        <w:jc w:val="center"/>
        <w:tblBorders>
          <w:top w:val="single" w:sz="4" w:space="0" w:color="7F7F7F"/>
          <w:left w:val="single" w:sz="4" w:space="0" w:color="7F7F7F"/>
          <w:bottom w:val="single" w:sz="4" w:space="0" w:color="7F7F7F"/>
          <w:right w:val="single" w:sz="4" w:space="0" w:color="7F7F7F"/>
          <w:insideH w:val="single" w:sz="4" w:space="0" w:color="7F7F7F"/>
          <w:insideV w:val="single" w:sz="4" w:space="0" w:color="7F7F7F"/>
        </w:tblBorders>
        <w:tblLook w:val="04A0" w:firstRow="1" w:lastRow="0" w:firstColumn="1" w:lastColumn="0" w:noHBand="0" w:noVBand="1"/>
      </w:tblPr>
      <w:tblGrid>
        <w:gridCol w:w="3168"/>
        <w:gridCol w:w="6048"/>
      </w:tblGrid>
      <w:tr w:rsidR="009D07C3" w14:paraId="67496C62" w14:textId="77777777">
        <w:trPr>
          <w:jc w:val="center"/>
        </w:trPr>
        <w:tc>
          <w:tcPr>
            <w:tcW w:w="3168" w:type="dxa"/>
            <w:shd w:val="clear" w:color="auto" w:fill="F2F2F2"/>
          </w:tcPr>
          <w:p w14:paraId="67A6CEAA" w14:textId="77777777" w:rsidR="009D07C3" w:rsidRDefault="004C6837">
            <w:pPr>
              <w:spacing w:after="0"/>
            </w:pPr>
            <w:r>
              <w:rPr>
                <w:b/>
              </w:rPr>
              <w:t>Referee / endorser name:</w:t>
            </w:r>
          </w:p>
        </w:tc>
        <w:tc>
          <w:tcPr>
            <w:tcW w:w="6048" w:type="dxa"/>
          </w:tcPr>
          <w:p w14:paraId="055349F8" w14:textId="77777777" w:rsidR="009D07C3" w:rsidRDefault="009D07C3">
            <w:pPr>
              <w:spacing w:after="0"/>
            </w:pPr>
          </w:p>
        </w:tc>
      </w:tr>
      <w:tr w:rsidR="009D07C3" w14:paraId="76014303" w14:textId="77777777">
        <w:trPr>
          <w:jc w:val="center"/>
        </w:trPr>
        <w:tc>
          <w:tcPr>
            <w:tcW w:w="3168" w:type="dxa"/>
            <w:shd w:val="clear" w:color="auto" w:fill="F2F2F2"/>
          </w:tcPr>
          <w:p w14:paraId="06CFDBC6" w14:textId="77777777" w:rsidR="009D07C3" w:rsidRDefault="004C6837">
            <w:pPr>
              <w:spacing w:after="0"/>
            </w:pPr>
            <w:r>
              <w:rPr>
                <w:b/>
              </w:rPr>
              <w:t>Role and organisation:</w:t>
            </w:r>
          </w:p>
        </w:tc>
        <w:tc>
          <w:tcPr>
            <w:tcW w:w="6048" w:type="dxa"/>
          </w:tcPr>
          <w:p w14:paraId="6F2EEB2E" w14:textId="77777777" w:rsidR="009D07C3" w:rsidRDefault="009D07C3">
            <w:pPr>
              <w:spacing w:after="0"/>
            </w:pPr>
          </w:p>
        </w:tc>
      </w:tr>
      <w:tr w:rsidR="009D07C3" w14:paraId="59D5E67F" w14:textId="77777777">
        <w:trPr>
          <w:jc w:val="center"/>
        </w:trPr>
        <w:tc>
          <w:tcPr>
            <w:tcW w:w="3168" w:type="dxa"/>
            <w:shd w:val="clear" w:color="auto" w:fill="F2F2F2"/>
          </w:tcPr>
          <w:p w14:paraId="2974BB4F" w14:textId="77777777" w:rsidR="009D07C3" w:rsidRDefault="004C6837">
            <w:pPr>
              <w:spacing w:after="0"/>
            </w:pPr>
            <w:r>
              <w:rPr>
                <w:b/>
              </w:rPr>
              <w:t>Professional registration / accreditation:</w:t>
            </w:r>
          </w:p>
        </w:tc>
        <w:tc>
          <w:tcPr>
            <w:tcW w:w="6048" w:type="dxa"/>
          </w:tcPr>
          <w:p w14:paraId="7E428ADB" w14:textId="77777777" w:rsidR="009D07C3" w:rsidRDefault="009D07C3">
            <w:pPr>
              <w:spacing w:after="0"/>
            </w:pPr>
          </w:p>
        </w:tc>
      </w:tr>
      <w:tr w:rsidR="009D07C3" w14:paraId="604DB673" w14:textId="77777777">
        <w:trPr>
          <w:jc w:val="center"/>
        </w:trPr>
        <w:tc>
          <w:tcPr>
            <w:tcW w:w="3168" w:type="dxa"/>
            <w:shd w:val="clear" w:color="auto" w:fill="F2F2F2"/>
          </w:tcPr>
          <w:p w14:paraId="7DF8888C" w14:textId="77777777" w:rsidR="009D07C3" w:rsidRDefault="004C6837">
            <w:pPr>
              <w:spacing w:after="0"/>
            </w:pPr>
            <w:r>
              <w:rPr>
                <w:b/>
              </w:rPr>
              <w:t>Relationship to applicant:</w:t>
            </w:r>
          </w:p>
        </w:tc>
        <w:tc>
          <w:tcPr>
            <w:tcW w:w="6048" w:type="dxa"/>
          </w:tcPr>
          <w:p w14:paraId="429B7113" w14:textId="77777777" w:rsidR="009D07C3" w:rsidRDefault="009D07C3">
            <w:pPr>
              <w:spacing w:after="0"/>
            </w:pPr>
          </w:p>
        </w:tc>
      </w:tr>
      <w:tr w:rsidR="009D07C3" w14:paraId="4E21912B" w14:textId="77777777">
        <w:trPr>
          <w:jc w:val="center"/>
        </w:trPr>
        <w:tc>
          <w:tcPr>
            <w:tcW w:w="3168" w:type="dxa"/>
            <w:shd w:val="clear" w:color="auto" w:fill="F2F2F2"/>
          </w:tcPr>
          <w:p w14:paraId="205D3DBC" w14:textId="77777777" w:rsidR="009D07C3" w:rsidRDefault="004C6837">
            <w:pPr>
              <w:spacing w:after="0"/>
            </w:pPr>
            <w:r>
              <w:rPr>
                <w:b/>
              </w:rPr>
              <w:t>Confirmation:</w:t>
            </w:r>
          </w:p>
        </w:tc>
        <w:tc>
          <w:tcPr>
            <w:tcW w:w="6048" w:type="dxa"/>
          </w:tcPr>
          <w:p w14:paraId="3416149D" w14:textId="77777777" w:rsidR="009D07C3" w:rsidRDefault="004C6837">
            <w:pPr>
              <w:spacing w:after="0"/>
            </w:pPr>
            <w:r>
              <w:t>[ ] Referee statement attached</w:t>
            </w:r>
            <w:r>
              <w:br/>
              <w:t>[ ] Course Director endorsement report attached</w:t>
            </w:r>
            <w:r>
              <w:br/>
              <w:t>[ ] Not applicable - explain:</w:t>
            </w:r>
          </w:p>
        </w:tc>
      </w:tr>
      <w:tr w:rsidR="009D07C3" w14:paraId="26DE0ECD" w14:textId="77777777">
        <w:trPr>
          <w:jc w:val="center"/>
        </w:trPr>
        <w:tc>
          <w:tcPr>
            <w:tcW w:w="3168" w:type="dxa"/>
            <w:shd w:val="clear" w:color="auto" w:fill="F2F2F2"/>
          </w:tcPr>
          <w:p w14:paraId="78CAF90E" w14:textId="77777777" w:rsidR="009D07C3" w:rsidRDefault="004C6837">
            <w:pPr>
              <w:spacing w:after="0"/>
            </w:pPr>
            <w:r>
              <w:rPr>
                <w:b/>
              </w:rPr>
              <w:t>Referee / endorser signature:</w:t>
            </w:r>
          </w:p>
        </w:tc>
        <w:tc>
          <w:tcPr>
            <w:tcW w:w="6048" w:type="dxa"/>
          </w:tcPr>
          <w:p w14:paraId="1DC19782" w14:textId="77777777" w:rsidR="009D07C3" w:rsidRDefault="009D07C3">
            <w:pPr>
              <w:spacing w:after="0"/>
            </w:pPr>
          </w:p>
        </w:tc>
      </w:tr>
      <w:tr w:rsidR="009D07C3" w14:paraId="5FB959E7" w14:textId="77777777">
        <w:trPr>
          <w:jc w:val="center"/>
        </w:trPr>
        <w:tc>
          <w:tcPr>
            <w:tcW w:w="3168" w:type="dxa"/>
            <w:shd w:val="clear" w:color="auto" w:fill="F2F2F2"/>
          </w:tcPr>
          <w:p w14:paraId="2FEA8745" w14:textId="77777777" w:rsidR="009D07C3" w:rsidRDefault="004C6837">
            <w:pPr>
              <w:spacing w:after="0"/>
            </w:pPr>
            <w:r>
              <w:rPr>
                <w:b/>
              </w:rPr>
              <w:t>Date:</w:t>
            </w:r>
          </w:p>
        </w:tc>
        <w:tc>
          <w:tcPr>
            <w:tcW w:w="6048" w:type="dxa"/>
          </w:tcPr>
          <w:p w14:paraId="53542FC4" w14:textId="77777777" w:rsidR="009D07C3" w:rsidRDefault="009D07C3">
            <w:pPr>
              <w:spacing w:after="0"/>
            </w:pPr>
          </w:p>
        </w:tc>
      </w:tr>
    </w:tbl>
    <w:p w14:paraId="64BADBBE" w14:textId="77777777" w:rsidR="009D07C3" w:rsidRDefault="009D07C3">
      <w:pPr>
        <w:spacing w:after="40"/>
      </w:pPr>
    </w:p>
    <w:p w14:paraId="6F8CE648" w14:textId="77777777" w:rsidR="009D07C3" w:rsidRDefault="004C6837">
      <w:pPr>
        <w:pStyle w:val="Heading1"/>
        <w:spacing w:before="160" w:after="80"/>
      </w:pPr>
      <w:r>
        <w:rPr>
          <w:rFonts w:ascii="Arial" w:hAnsi="Arial"/>
          <w:color w:val="1F4E79"/>
          <w:sz w:val="24"/>
        </w:rPr>
        <w:t>12. Insurance and Therapeutic Executor Arrangement</w:t>
      </w:r>
    </w:p>
    <w:tbl>
      <w:tblPr>
        <w:tblW w:w="0" w:type="auto"/>
        <w:jc w:val="center"/>
        <w:tblBorders>
          <w:top w:val="single" w:sz="4" w:space="0" w:color="7F7F7F"/>
          <w:left w:val="single" w:sz="4" w:space="0" w:color="7F7F7F"/>
          <w:bottom w:val="single" w:sz="4" w:space="0" w:color="7F7F7F"/>
          <w:right w:val="single" w:sz="4" w:space="0" w:color="7F7F7F"/>
          <w:insideH w:val="single" w:sz="4" w:space="0" w:color="7F7F7F"/>
          <w:insideV w:val="single" w:sz="4" w:space="0" w:color="7F7F7F"/>
        </w:tblBorders>
        <w:tblLook w:val="04A0" w:firstRow="1" w:lastRow="0" w:firstColumn="1" w:lastColumn="0" w:noHBand="0" w:noVBand="1"/>
      </w:tblPr>
      <w:tblGrid>
        <w:gridCol w:w="2376"/>
        <w:gridCol w:w="2880"/>
        <w:gridCol w:w="3384"/>
        <w:gridCol w:w="1296"/>
      </w:tblGrid>
      <w:tr w:rsidR="009D07C3" w14:paraId="6CBB1648" w14:textId="77777777">
        <w:trPr>
          <w:jc w:val="center"/>
        </w:trPr>
        <w:tc>
          <w:tcPr>
            <w:tcW w:w="2376" w:type="dxa"/>
            <w:shd w:val="clear" w:color="auto" w:fill="D9EAF7"/>
          </w:tcPr>
          <w:p w14:paraId="0B6B4555" w14:textId="77777777" w:rsidR="009D07C3" w:rsidRDefault="004C6837">
            <w:pPr>
              <w:spacing w:after="0"/>
            </w:pPr>
            <w:r>
              <w:rPr>
                <w:b/>
                <w:sz w:val="16"/>
              </w:rPr>
              <w:t>Requirement</w:t>
            </w:r>
          </w:p>
        </w:tc>
        <w:tc>
          <w:tcPr>
            <w:tcW w:w="2880" w:type="dxa"/>
            <w:shd w:val="clear" w:color="auto" w:fill="D9EAF7"/>
          </w:tcPr>
          <w:p w14:paraId="2D4F7405" w14:textId="77777777" w:rsidR="009D07C3" w:rsidRDefault="004C6837">
            <w:pPr>
              <w:spacing w:after="0"/>
            </w:pPr>
            <w:r>
              <w:rPr>
                <w:b/>
                <w:sz w:val="16"/>
              </w:rPr>
              <w:t>Applicant confirmation</w:t>
            </w:r>
          </w:p>
        </w:tc>
        <w:tc>
          <w:tcPr>
            <w:tcW w:w="3384" w:type="dxa"/>
            <w:shd w:val="clear" w:color="auto" w:fill="D9EAF7"/>
          </w:tcPr>
          <w:p w14:paraId="5C22A8C0" w14:textId="77777777" w:rsidR="009D07C3" w:rsidRDefault="004C6837">
            <w:pPr>
              <w:spacing w:after="0"/>
            </w:pPr>
            <w:r>
              <w:rPr>
                <w:b/>
                <w:sz w:val="16"/>
              </w:rPr>
              <w:t>Evidence required</w:t>
            </w:r>
          </w:p>
        </w:tc>
        <w:tc>
          <w:tcPr>
            <w:tcW w:w="1296" w:type="dxa"/>
            <w:shd w:val="clear" w:color="auto" w:fill="D9EAF7"/>
          </w:tcPr>
          <w:p w14:paraId="38B0ABC9" w14:textId="77777777" w:rsidR="009D07C3" w:rsidRDefault="004C6837">
            <w:pPr>
              <w:spacing w:after="0"/>
            </w:pPr>
            <w:r>
              <w:rPr>
                <w:b/>
                <w:sz w:val="16"/>
              </w:rPr>
              <w:t>Evidence attached?</w:t>
            </w:r>
          </w:p>
        </w:tc>
      </w:tr>
      <w:tr w:rsidR="009D07C3" w14:paraId="12876ED9" w14:textId="77777777">
        <w:trPr>
          <w:jc w:val="center"/>
        </w:trPr>
        <w:tc>
          <w:tcPr>
            <w:tcW w:w="2376" w:type="dxa"/>
          </w:tcPr>
          <w:p w14:paraId="6052C74F" w14:textId="77777777" w:rsidR="009D07C3" w:rsidRDefault="004C6837">
            <w:pPr>
              <w:spacing w:after="0"/>
            </w:pPr>
            <w:r>
              <w:rPr>
                <w:sz w:val="16"/>
              </w:rPr>
              <w:t>Professional indemnity insurance</w:t>
            </w:r>
          </w:p>
        </w:tc>
        <w:tc>
          <w:tcPr>
            <w:tcW w:w="2880" w:type="dxa"/>
          </w:tcPr>
          <w:p w14:paraId="62B504FA" w14:textId="77777777" w:rsidR="009D07C3" w:rsidRDefault="004C6837">
            <w:pPr>
              <w:spacing w:after="0"/>
            </w:pPr>
            <w:r>
              <w:rPr>
                <w:sz w:val="16"/>
              </w:rPr>
              <w:t>[ ] Personal professional indemnity insurance</w:t>
            </w:r>
            <w:r>
              <w:br/>
            </w:r>
            <w:r>
              <w:rPr>
                <w:sz w:val="16"/>
              </w:rPr>
              <w:t>[ ] Employer insurance covers clinical practice</w:t>
            </w:r>
          </w:p>
        </w:tc>
        <w:tc>
          <w:tcPr>
            <w:tcW w:w="3384" w:type="dxa"/>
          </w:tcPr>
          <w:p w14:paraId="558CDE82" w14:textId="77777777" w:rsidR="009D07C3" w:rsidRDefault="004C6837">
            <w:pPr>
              <w:spacing w:after="0"/>
            </w:pPr>
            <w:r>
              <w:rPr>
                <w:sz w:val="16"/>
              </w:rPr>
              <w:t>Copy of insurance certificate, or employer certificate / letter confirming cover.</w:t>
            </w:r>
          </w:p>
        </w:tc>
        <w:tc>
          <w:tcPr>
            <w:tcW w:w="1296" w:type="dxa"/>
          </w:tcPr>
          <w:p w14:paraId="18410C74" w14:textId="77777777" w:rsidR="009D07C3" w:rsidRDefault="004C6837">
            <w:pPr>
              <w:spacing w:after="0"/>
            </w:pPr>
            <w:r>
              <w:rPr>
                <w:sz w:val="16"/>
              </w:rPr>
              <w:t>[ ] Yes  [ ] No</w:t>
            </w:r>
          </w:p>
        </w:tc>
      </w:tr>
      <w:tr w:rsidR="009D07C3" w14:paraId="5CCC80BD" w14:textId="77777777">
        <w:trPr>
          <w:jc w:val="center"/>
        </w:trPr>
        <w:tc>
          <w:tcPr>
            <w:tcW w:w="2376" w:type="dxa"/>
          </w:tcPr>
          <w:p w14:paraId="70B430DA" w14:textId="77777777" w:rsidR="009D07C3" w:rsidRDefault="004C6837">
            <w:pPr>
              <w:spacing w:after="0"/>
            </w:pPr>
            <w:r>
              <w:rPr>
                <w:sz w:val="16"/>
              </w:rPr>
              <w:t>Therapeutic executor / professional will arrangement</w:t>
            </w:r>
          </w:p>
        </w:tc>
        <w:tc>
          <w:tcPr>
            <w:tcW w:w="2880" w:type="dxa"/>
          </w:tcPr>
          <w:p w14:paraId="4BC319F9" w14:textId="77777777" w:rsidR="009D07C3" w:rsidRDefault="004C6837">
            <w:pPr>
              <w:spacing w:after="0"/>
            </w:pPr>
            <w:r>
              <w:rPr>
                <w:sz w:val="16"/>
              </w:rPr>
              <w:t>[ ] Arrangement in place</w:t>
            </w:r>
            <w:r>
              <w:br/>
            </w:r>
            <w:r>
              <w:rPr>
                <w:sz w:val="16"/>
              </w:rPr>
              <w:t>[ ] Employer arrangement in place</w:t>
            </w:r>
            <w:r>
              <w:br/>
            </w:r>
            <w:r>
              <w:rPr>
                <w:sz w:val="16"/>
              </w:rPr>
              <w:t>[ ] Other:</w:t>
            </w:r>
          </w:p>
        </w:tc>
        <w:tc>
          <w:tcPr>
            <w:tcW w:w="3384" w:type="dxa"/>
          </w:tcPr>
          <w:p w14:paraId="16C84C30" w14:textId="77777777" w:rsidR="009D07C3" w:rsidRDefault="004C6837">
            <w:pPr>
              <w:spacing w:after="0"/>
            </w:pPr>
            <w:r>
              <w:rPr>
                <w:sz w:val="16"/>
              </w:rPr>
              <w:t>Confirmation of therapeutic executor / professional will arrangement.</w:t>
            </w:r>
          </w:p>
        </w:tc>
        <w:tc>
          <w:tcPr>
            <w:tcW w:w="1296" w:type="dxa"/>
          </w:tcPr>
          <w:p w14:paraId="1D1F820A" w14:textId="77777777" w:rsidR="009D07C3" w:rsidRDefault="004C6837">
            <w:pPr>
              <w:spacing w:after="0"/>
            </w:pPr>
            <w:r>
              <w:rPr>
                <w:sz w:val="16"/>
              </w:rPr>
              <w:t>[ ] Yes  [ ] No</w:t>
            </w:r>
          </w:p>
        </w:tc>
      </w:tr>
    </w:tbl>
    <w:p w14:paraId="2C73BAF6" w14:textId="77777777" w:rsidR="009D07C3" w:rsidRDefault="009D07C3">
      <w:pPr>
        <w:spacing w:after="40"/>
      </w:pPr>
    </w:p>
    <w:p w14:paraId="6ED84336" w14:textId="77777777" w:rsidR="009D07C3" w:rsidRDefault="004C6837">
      <w:pPr>
        <w:pStyle w:val="Heading1"/>
        <w:spacing w:before="160" w:after="80"/>
      </w:pPr>
      <w:r>
        <w:rPr>
          <w:rFonts w:ascii="Arial" w:hAnsi="Arial"/>
          <w:color w:val="1F4E79"/>
          <w:sz w:val="24"/>
        </w:rPr>
        <w:t>13. Professional Conduct, Complaints and Fitness to Practise</w:t>
      </w:r>
    </w:p>
    <w:tbl>
      <w:tblPr>
        <w:tblW w:w="0" w:type="auto"/>
        <w:jc w:val="center"/>
        <w:tblBorders>
          <w:top w:val="single" w:sz="4" w:space="0" w:color="7F7F7F"/>
          <w:left w:val="single" w:sz="4" w:space="0" w:color="7F7F7F"/>
          <w:bottom w:val="single" w:sz="4" w:space="0" w:color="7F7F7F"/>
          <w:right w:val="single" w:sz="4" w:space="0" w:color="7F7F7F"/>
          <w:insideH w:val="single" w:sz="4" w:space="0" w:color="7F7F7F"/>
          <w:insideV w:val="single" w:sz="4" w:space="0" w:color="7F7F7F"/>
        </w:tblBorders>
        <w:tblLook w:val="04A0" w:firstRow="1" w:lastRow="0" w:firstColumn="1" w:lastColumn="0" w:noHBand="0" w:noVBand="1"/>
      </w:tblPr>
      <w:tblGrid>
        <w:gridCol w:w="3168"/>
        <w:gridCol w:w="6048"/>
      </w:tblGrid>
      <w:tr w:rsidR="009D07C3" w14:paraId="4473C13B" w14:textId="77777777">
        <w:trPr>
          <w:jc w:val="center"/>
        </w:trPr>
        <w:tc>
          <w:tcPr>
            <w:tcW w:w="3168" w:type="dxa"/>
            <w:shd w:val="clear" w:color="auto" w:fill="F2F2F2"/>
          </w:tcPr>
          <w:p w14:paraId="79975245" w14:textId="77777777" w:rsidR="009D07C3" w:rsidRDefault="004C6837">
            <w:pPr>
              <w:spacing w:after="0"/>
            </w:pPr>
            <w:r>
              <w:rPr>
                <w:b/>
              </w:rPr>
              <w:t>Any upheld professional complaints?</w:t>
            </w:r>
          </w:p>
        </w:tc>
        <w:tc>
          <w:tcPr>
            <w:tcW w:w="6048" w:type="dxa"/>
          </w:tcPr>
          <w:p w14:paraId="3D3C1162" w14:textId="77777777" w:rsidR="009D07C3" w:rsidRDefault="004C6837">
            <w:pPr>
              <w:spacing w:after="0"/>
            </w:pPr>
            <w:r>
              <w:t>[ ] No   [ ] Yes - give details and attach supporting documentation</w:t>
            </w:r>
          </w:p>
        </w:tc>
      </w:tr>
      <w:tr w:rsidR="009D07C3" w14:paraId="19083102" w14:textId="77777777">
        <w:trPr>
          <w:jc w:val="center"/>
        </w:trPr>
        <w:tc>
          <w:tcPr>
            <w:tcW w:w="3168" w:type="dxa"/>
            <w:shd w:val="clear" w:color="auto" w:fill="F2F2F2"/>
          </w:tcPr>
          <w:p w14:paraId="27C8CC1A" w14:textId="77777777" w:rsidR="009D07C3" w:rsidRDefault="004C6837">
            <w:pPr>
              <w:spacing w:after="0"/>
            </w:pPr>
            <w:r>
              <w:rPr>
                <w:b/>
              </w:rPr>
              <w:t>Any current professional investigations?</w:t>
            </w:r>
          </w:p>
        </w:tc>
        <w:tc>
          <w:tcPr>
            <w:tcW w:w="6048" w:type="dxa"/>
          </w:tcPr>
          <w:p w14:paraId="5D4AC8DA" w14:textId="77777777" w:rsidR="009D07C3" w:rsidRDefault="004C6837">
            <w:pPr>
              <w:spacing w:after="0"/>
            </w:pPr>
            <w:r>
              <w:t>[ ] No   [ ] Yes - give details and attach supporting documentation</w:t>
            </w:r>
          </w:p>
        </w:tc>
      </w:tr>
      <w:tr w:rsidR="009D07C3" w14:paraId="6FBCBF85" w14:textId="77777777">
        <w:trPr>
          <w:jc w:val="center"/>
        </w:trPr>
        <w:tc>
          <w:tcPr>
            <w:tcW w:w="3168" w:type="dxa"/>
            <w:shd w:val="clear" w:color="auto" w:fill="F2F2F2"/>
          </w:tcPr>
          <w:p w14:paraId="6A4CDD16" w14:textId="77777777" w:rsidR="009D07C3" w:rsidRDefault="004C6837">
            <w:pPr>
              <w:spacing w:after="0"/>
            </w:pPr>
            <w:r>
              <w:rPr>
                <w:b/>
              </w:rPr>
              <w:t>Any criminal convictions or cautions relevant to practice?</w:t>
            </w:r>
          </w:p>
        </w:tc>
        <w:tc>
          <w:tcPr>
            <w:tcW w:w="6048" w:type="dxa"/>
          </w:tcPr>
          <w:p w14:paraId="21CA7A26" w14:textId="77777777" w:rsidR="009D07C3" w:rsidRDefault="004C6837">
            <w:pPr>
              <w:spacing w:after="0"/>
            </w:pPr>
            <w:r>
              <w:t>[ ] No   [ ] Yes - give details and attach supporting documentation</w:t>
            </w:r>
          </w:p>
        </w:tc>
      </w:tr>
      <w:tr w:rsidR="009D07C3" w14:paraId="4F2F864F" w14:textId="77777777">
        <w:trPr>
          <w:jc w:val="center"/>
        </w:trPr>
        <w:tc>
          <w:tcPr>
            <w:tcW w:w="3168" w:type="dxa"/>
            <w:shd w:val="clear" w:color="auto" w:fill="F2F2F2"/>
          </w:tcPr>
          <w:p w14:paraId="370C489A" w14:textId="77777777" w:rsidR="009D07C3" w:rsidRDefault="004C6837">
            <w:pPr>
              <w:spacing w:after="0"/>
            </w:pPr>
            <w:r>
              <w:rPr>
                <w:b/>
              </w:rPr>
              <w:t>Any health, psychological or emotional difficulties that could interfere with safe and ethical practice?</w:t>
            </w:r>
          </w:p>
        </w:tc>
        <w:tc>
          <w:tcPr>
            <w:tcW w:w="6048" w:type="dxa"/>
          </w:tcPr>
          <w:p w14:paraId="6D4A1C60" w14:textId="77777777" w:rsidR="009D07C3" w:rsidRDefault="004C6837">
            <w:pPr>
              <w:spacing w:after="0"/>
            </w:pPr>
            <w:r>
              <w:t>[ ] No   [ ] Yes - give details of safeguards, support or practice limits</w:t>
            </w:r>
          </w:p>
        </w:tc>
      </w:tr>
    </w:tbl>
    <w:p w14:paraId="6D407337" w14:textId="77777777" w:rsidR="009D07C3" w:rsidRDefault="009D07C3">
      <w:pPr>
        <w:spacing w:after="40"/>
      </w:pPr>
    </w:p>
    <w:p w14:paraId="5C91021C" w14:textId="77777777" w:rsidR="009D07C3" w:rsidRDefault="004C6837">
      <w:pPr>
        <w:pStyle w:val="Heading1"/>
        <w:spacing w:before="160" w:after="80"/>
      </w:pPr>
      <w:r>
        <w:rPr>
          <w:rFonts w:ascii="Arial" w:hAnsi="Arial"/>
          <w:color w:val="1F4E79"/>
          <w:sz w:val="24"/>
        </w:rPr>
        <w:t>14. Applicant Statement and Declaration</w:t>
      </w:r>
    </w:p>
    <w:p w14:paraId="420AD333" w14:textId="77777777" w:rsidR="009D07C3" w:rsidRDefault="004C6837">
      <w:pPr>
        <w:spacing w:after="80" w:line="252" w:lineRule="auto"/>
      </w:pPr>
      <w:r>
        <w:t>I confirm that the information provided in this application is accurate and complete to the best of my knowledge. I understand that the APEL Membership Panel may request further information, an adaptation period under supervision, or additional training / practice / experience if gaps are identified. I agree to abide by the relevant ethical and professional requirements and to maintain CPD, supervision, insurance and professional will / therapeutic executor arrangements after accreditation.</w:t>
      </w:r>
    </w:p>
    <w:tbl>
      <w:tblPr>
        <w:tblW w:w="0" w:type="auto"/>
        <w:jc w:val="center"/>
        <w:tblBorders>
          <w:top w:val="single" w:sz="4" w:space="0" w:color="7F7F7F"/>
          <w:left w:val="single" w:sz="4" w:space="0" w:color="7F7F7F"/>
          <w:bottom w:val="single" w:sz="4" w:space="0" w:color="7F7F7F"/>
          <w:right w:val="single" w:sz="4" w:space="0" w:color="7F7F7F"/>
          <w:insideH w:val="single" w:sz="4" w:space="0" w:color="7F7F7F"/>
          <w:insideV w:val="single" w:sz="4" w:space="0" w:color="7F7F7F"/>
        </w:tblBorders>
        <w:tblLook w:val="04A0" w:firstRow="1" w:lastRow="0" w:firstColumn="1" w:lastColumn="0" w:noHBand="0" w:noVBand="1"/>
      </w:tblPr>
      <w:tblGrid>
        <w:gridCol w:w="3168"/>
        <w:gridCol w:w="6048"/>
      </w:tblGrid>
      <w:tr w:rsidR="009D07C3" w14:paraId="28059559" w14:textId="77777777">
        <w:trPr>
          <w:jc w:val="center"/>
        </w:trPr>
        <w:tc>
          <w:tcPr>
            <w:tcW w:w="3168" w:type="dxa"/>
            <w:shd w:val="clear" w:color="auto" w:fill="F2F2F2"/>
          </w:tcPr>
          <w:p w14:paraId="34551C00" w14:textId="77777777" w:rsidR="009D07C3" w:rsidRDefault="004C6837">
            <w:pPr>
              <w:spacing w:after="0"/>
            </w:pPr>
            <w:r>
              <w:rPr>
                <w:b/>
              </w:rPr>
              <w:lastRenderedPageBreak/>
              <w:t>Signed:</w:t>
            </w:r>
          </w:p>
        </w:tc>
        <w:tc>
          <w:tcPr>
            <w:tcW w:w="6048" w:type="dxa"/>
          </w:tcPr>
          <w:p w14:paraId="402008FC" w14:textId="77777777" w:rsidR="009D07C3" w:rsidRDefault="009D07C3">
            <w:pPr>
              <w:spacing w:after="0"/>
            </w:pPr>
          </w:p>
        </w:tc>
      </w:tr>
      <w:tr w:rsidR="009D07C3" w14:paraId="4195E9E0" w14:textId="77777777">
        <w:trPr>
          <w:jc w:val="center"/>
        </w:trPr>
        <w:tc>
          <w:tcPr>
            <w:tcW w:w="3168" w:type="dxa"/>
            <w:shd w:val="clear" w:color="auto" w:fill="F2F2F2"/>
          </w:tcPr>
          <w:p w14:paraId="793F3D16" w14:textId="77777777" w:rsidR="009D07C3" w:rsidRDefault="004C6837">
            <w:pPr>
              <w:spacing w:after="0"/>
            </w:pPr>
            <w:r>
              <w:rPr>
                <w:b/>
              </w:rPr>
              <w:t>Print name:</w:t>
            </w:r>
          </w:p>
        </w:tc>
        <w:tc>
          <w:tcPr>
            <w:tcW w:w="6048" w:type="dxa"/>
          </w:tcPr>
          <w:p w14:paraId="0A177952" w14:textId="77777777" w:rsidR="009D07C3" w:rsidRDefault="009D07C3">
            <w:pPr>
              <w:spacing w:after="0"/>
            </w:pPr>
          </w:p>
        </w:tc>
      </w:tr>
      <w:tr w:rsidR="009D07C3" w14:paraId="30090038" w14:textId="77777777">
        <w:trPr>
          <w:jc w:val="center"/>
        </w:trPr>
        <w:tc>
          <w:tcPr>
            <w:tcW w:w="3168" w:type="dxa"/>
            <w:shd w:val="clear" w:color="auto" w:fill="F2F2F2"/>
          </w:tcPr>
          <w:p w14:paraId="2F39FADC" w14:textId="77777777" w:rsidR="009D07C3" w:rsidRDefault="004C6837">
            <w:pPr>
              <w:spacing w:after="0"/>
            </w:pPr>
            <w:r>
              <w:rPr>
                <w:b/>
              </w:rPr>
              <w:t>Date:</w:t>
            </w:r>
          </w:p>
        </w:tc>
        <w:tc>
          <w:tcPr>
            <w:tcW w:w="6048" w:type="dxa"/>
          </w:tcPr>
          <w:p w14:paraId="5E59A482" w14:textId="77777777" w:rsidR="009D07C3" w:rsidRDefault="009D07C3">
            <w:pPr>
              <w:spacing w:after="0"/>
            </w:pPr>
          </w:p>
        </w:tc>
      </w:tr>
    </w:tbl>
    <w:p w14:paraId="645A3AE2" w14:textId="77777777" w:rsidR="009D07C3" w:rsidRDefault="009D07C3">
      <w:pPr>
        <w:spacing w:after="40"/>
      </w:pPr>
    </w:p>
    <w:p w14:paraId="7491E86F" w14:textId="77777777" w:rsidR="009D07C3" w:rsidRDefault="004C6837">
      <w:pPr>
        <w:pStyle w:val="Heading1"/>
        <w:spacing w:before="160" w:after="80"/>
      </w:pPr>
      <w:r>
        <w:rPr>
          <w:rFonts w:ascii="Arial" w:hAnsi="Arial"/>
          <w:color w:val="1F4E79"/>
          <w:sz w:val="24"/>
        </w:rPr>
        <w:t>15. Applicant Document Checklist</w:t>
      </w:r>
    </w:p>
    <w:p w14:paraId="1C8EDF97" w14:textId="77777777" w:rsidR="009D07C3" w:rsidRDefault="004C6837">
      <w:pPr>
        <w:spacing w:after="80" w:line="252" w:lineRule="auto"/>
      </w:pPr>
      <w:r>
        <w:t>Tick the route applied for and mark each document included. Use the evidence reference column to match documents to the evidence tables above. Do not submit original certificates unless requested.</w:t>
      </w:r>
    </w:p>
    <w:p w14:paraId="302461AC" w14:textId="77777777" w:rsidR="009D07C3" w:rsidRDefault="004C6837">
      <w:pPr>
        <w:pStyle w:val="Heading2"/>
        <w:spacing w:before="120" w:after="80"/>
      </w:pPr>
      <w:r>
        <w:rPr>
          <w:rFonts w:ascii="Arial" w:hAnsi="Arial"/>
          <w:sz w:val="21"/>
        </w:rPr>
        <w:t>15A. Psychotherapist Applicant Checklist</w:t>
      </w:r>
    </w:p>
    <w:tbl>
      <w:tblPr>
        <w:tblW w:w="0" w:type="auto"/>
        <w:jc w:val="center"/>
        <w:tblBorders>
          <w:top w:val="single" w:sz="4" w:space="0" w:color="7F7F7F"/>
          <w:left w:val="single" w:sz="4" w:space="0" w:color="7F7F7F"/>
          <w:bottom w:val="single" w:sz="4" w:space="0" w:color="7F7F7F"/>
          <w:right w:val="single" w:sz="4" w:space="0" w:color="7F7F7F"/>
          <w:insideH w:val="single" w:sz="4" w:space="0" w:color="7F7F7F"/>
          <w:insideV w:val="single" w:sz="4" w:space="0" w:color="7F7F7F"/>
        </w:tblBorders>
        <w:tblLook w:val="04A0" w:firstRow="1" w:lastRow="0" w:firstColumn="1" w:lastColumn="0" w:noHBand="0" w:noVBand="1"/>
      </w:tblPr>
      <w:tblGrid>
        <w:gridCol w:w="4171"/>
        <w:gridCol w:w="1295"/>
        <w:gridCol w:w="2158"/>
        <w:gridCol w:w="1583"/>
        <w:gridCol w:w="1151"/>
      </w:tblGrid>
      <w:tr w:rsidR="009D07C3" w14:paraId="5DF98510" w14:textId="77777777">
        <w:trPr>
          <w:jc w:val="center"/>
        </w:trPr>
        <w:tc>
          <w:tcPr>
            <w:tcW w:w="4176" w:type="dxa"/>
            <w:shd w:val="clear" w:color="auto" w:fill="D9EAF7"/>
          </w:tcPr>
          <w:p w14:paraId="7EC3D7B3" w14:textId="77777777" w:rsidR="009D07C3" w:rsidRDefault="004C6837">
            <w:pPr>
              <w:spacing w:after="0"/>
            </w:pPr>
            <w:r>
              <w:rPr>
                <w:b/>
                <w:sz w:val="15"/>
              </w:rPr>
              <w:t>Document / evidence required</w:t>
            </w:r>
          </w:p>
        </w:tc>
        <w:tc>
          <w:tcPr>
            <w:tcW w:w="1296" w:type="dxa"/>
            <w:shd w:val="clear" w:color="auto" w:fill="D9EAF7"/>
          </w:tcPr>
          <w:p w14:paraId="3A36F486" w14:textId="77777777" w:rsidR="009D07C3" w:rsidRDefault="004C6837">
            <w:pPr>
              <w:spacing w:after="0"/>
            </w:pPr>
            <w:r>
              <w:rPr>
                <w:b/>
                <w:sz w:val="15"/>
              </w:rPr>
              <w:t>Included?</w:t>
            </w:r>
          </w:p>
        </w:tc>
        <w:tc>
          <w:tcPr>
            <w:tcW w:w="2160" w:type="dxa"/>
            <w:shd w:val="clear" w:color="auto" w:fill="D9EAF7"/>
          </w:tcPr>
          <w:p w14:paraId="694F9451" w14:textId="77777777" w:rsidR="009D07C3" w:rsidRDefault="004C6837">
            <w:pPr>
              <w:spacing w:after="0"/>
            </w:pPr>
            <w:r>
              <w:rPr>
                <w:b/>
                <w:sz w:val="15"/>
              </w:rPr>
              <w:t>Evidence reference / file name</w:t>
            </w:r>
          </w:p>
        </w:tc>
        <w:tc>
          <w:tcPr>
            <w:tcW w:w="1584" w:type="dxa"/>
            <w:shd w:val="clear" w:color="auto" w:fill="D9EAF7"/>
          </w:tcPr>
          <w:p w14:paraId="2CF9C6E3" w14:textId="77777777" w:rsidR="009D07C3" w:rsidRDefault="004C6837">
            <w:pPr>
              <w:spacing w:after="0"/>
            </w:pPr>
            <w:r>
              <w:rPr>
                <w:b/>
                <w:sz w:val="15"/>
              </w:rPr>
              <w:t>Applicant notes</w:t>
            </w:r>
          </w:p>
        </w:tc>
        <w:tc>
          <w:tcPr>
            <w:tcW w:w="1152" w:type="dxa"/>
            <w:shd w:val="clear" w:color="auto" w:fill="D9EAF7"/>
          </w:tcPr>
          <w:p w14:paraId="054FB5AE" w14:textId="77777777" w:rsidR="009D07C3" w:rsidRDefault="004C6837">
            <w:pPr>
              <w:spacing w:after="0"/>
            </w:pPr>
            <w:r>
              <w:rPr>
                <w:b/>
                <w:sz w:val="15"/>
              </w:rPr>
              <w:t>Office use</w:t>
            </w:r>
          </w:p>
        </w:tc>
      </w:tr>
      <w:tr w:rsidR="009D07C3" w14:paraId="70506CEA" w14:textId="77777777">
        <w:trPr>
          <w:jc w:val="center"/>
        </w:trPr>
        <w:tc>
          <w:tcPr>
            <w:tcW w:w="4176" w:type="dxa"/>
          </w:tcPr>
          <w:p w14:paraId="4872A123" w14:textId="77777777" w:rsidR="009D07C3" w:rsidRDefault="004C6837">
            <w:pPr>
              <w:spacing w:after="0"/>
            </w:pPr>
            <w:r>
              <w:rPr>
                <w:sz w:val="15"/>
              </w:rPr>
              <w:t>Completed application form</w:t>
            </w:r>
          </w:p>
        </w:tc>
        <w:tc>
          <w:tcPr>
            <w:tcW w:w="1296" w:type="dxa"/>
          </w:tcPr>
          <w:p w14:paraId="709C8BE3" w14:textId="77777777" w:rsidR="009D07C3" w:rsidRDefault="004C6837">
            <w:pPr>
              <w:spacing w:after="0"/>
            </w:pPr>
            <w:r>
              <w:rPr>
                <w:sz w:val="15"/>
              </w:rPr>
              <w:t>[ ] Yes  [ ] No</w:t>
            </w:r>
          </w:p>
        </w:tc>
        <w:tc>
          <w:tcPr>
            <w:tcW w:w="2160" w:type="dxa"/>
          </w:tcPr>
          <w:p w14:paraId="40AF6AF1" w14:textId="77777777" w:rsidR="009D07C3" w:rsidRDefault="009D07C3">
            <w:pPr>
              <w:spacing w:after="0"/>
            </w:pPr>
          </w:p>
        </w:tc>
        <w:tc>
          <w:tcPr>
            <w:tcW w:w="1584" w:type="dxa"/>
          </w:tcPr>
          <w:p w14:paraId="24A6738C" w14:textId="77777777" w:rsidR="009D07C3" w:rsidRDefault="009D07C3">
            <w:pPr>
              <w:spacing w:after="0"/>
            </w:pPr>
          </w:p>
        </w:tc>
        <w:tc>
          <w:tcPr>
            <w:tcW w:w="1152" w:type="dxa"/>
          </w:tcPr>
          <w:p w14:paraId="20AB8D17" w14:textId="77777777" w:rsidR="009D07C3" w:rsidRDefault="009D07C3">
            <w:pPr>
              <w:spacing w:after="0"/>
            </w:pPr>
          </w:p>
        </w:tc>
      </w:tr>
      <w:tr w:rsidR="009D07C3" w14:paraId="61E126D2" w14:textId="77777777">
        <w:trPr>
          <w:jc w:val="center"/>
        </w:trPr>
        <w:tc>
          <w:tcPr>
            <w:tcW w:w="4176" w:type="dxa"/>
          </w:tcPr>
          <w:p w14:paraId="586F4ABD" w14:textId="77777777" w:rsidR="009D07C3" w:rsidRDefault="004C6837">
            <w:pPr>
              <w:spacing w:after="0"/>
            </w:pPr>
            <w:r>
              <w:rPr>
                <w:sz w:val="15"/>
              </w:rPr>
              <w:t>Academic documentation: Master's certificate or equivalent Level 7 qualification</w:t>
            </w:r>
          </w:p>
        </w:tc>
        <w:tc>
          <w:tcPr>
            <w:tcW w:w="1296" w:type="dxa"/>
          </w:tcPr>
          <w:p w14:paraId="409306B5" w14:textId="77777777" w:rsidR="009D07C3" w:rsidRDefault="004C6837">
            <w:pPr>
              <w:spacing w:after="0"/>
            </w:pPr>
            <w:r>
              <w:rPr>
                <w:sz w:val="15"/>
              </w:rPr>
              <w:t>[ ] Yes  [ ] No</w:t>
            </w:r>
          </w:p>
        </w:tc>
        <w:tc>
          <w:tcPr>
            <w:tcW w:w="2160" w:type="dxa"/>
          </w:tcPr>
          <w:p w14:paraId="6375239F" w14:textId="77777777" w:rsidR="009D07C3" w:rsidRDefault="009D07C3">
            <w:pPr>
              <w:spacing w:after="0"/>
            </w:pPr>
          </w:p>
        </w:tc>
        <w:tc>
          <w:tcPr>
            <w:tcW w:w="1584" w:type="dxa"/>
          </w:tcPr>
          <w:p w14:paraId="1FE46ABF" w14:textId="77777777" w:rsidR="009D07C3" w:rsidRDefault="009D07C3">
            <w:pPr>
              <w:spacing w:after="0"/>
            </w:pPr>
          </w:p>
        </w:tc>
        <w:tc>
          <w:tcPr>
            <w:tcW w:w="1152" w:type="dxa"/>
          </w:tcPr>
          <w:p w14:paraId="18DFEF04" w14:textId="77777777" w:rsidR="009D07C3" w:rsidRDefault="009D07C3">
            <w:pPr>
              <w:spacing w:after="0"/>
            </w:pPr>
          </w:p>
        </w:tc>
      </w:tr>
      <w:tr w:rsidR="009D07C3" w14:paraId="1EDB94B3" w14:textId="77777777">
        <w:trPr>
          <w:jc w:val="center"/>
        </w:trPr>
        <w:tc>
          <w:tcPr>
            <w:tcW w:w="4176" w:type="dxa"/>
          </w:tcPr>
          <w:p w14:paraId="159B333D" w14:textId="77777777" w:rsidR="009D07C3" w:rsidRDefault="004C6837">
            <w:pPr>
              <w:spacing w:after="0"/>
            </w:pPr>
            <w:r>
              <w:rPr>
                <w:sz w:val="15"/>
              </w:rPr>
              <w:t>Training breakdown: documentation of 900 hours, including core training, supervised practice, mental health familiarisation portfolio and self-directed learning</w:t>
            </w:r>
          </w:p>
        </w:tc>
        <w:tc>
          <w:tcPr>
            <w:tcW w:w="1296" w:type="dxa"/>
          </w:tcPr>
          <w:p w14:paraId="7E0962AE" w14:textId="77777777" w:rsidR="009D07C3" w:rsidRDefault="004C6837">
            <w:pPr>
              <w:spacing w:after="0"/>
            </w:pPr>
            <w:r>
              <w:rPr>
                <w:sz w:val="15"/>
              </w:rPr>
              <w:t>[ ] Yes  [ ] No</w:t>
            </w:r>
          </w:p>
        </w:tc>
        <w:tc>
          <w:tcPr>
            <w:tcW w:w="2160" w:type="dxa"/>
          </w:tcPr>
          <w:p w14:paraId="491B9DE7" w14:textId="77777777" w:rsidR="009D07C3" w:rsidRDefault="009D07C3">
            <w:pPr>
              <w:spacing w:after="0"/>
            </w:pPr>
          </w:p>
        </w:tc>
        <w:tc>
          <w:tcPr>
            <w:tcW w:w="1584" w:type="dxa"/>
          </w:tcPr>
          <w:p w14:paraId="438587F3" w14:textId="77777777" w:rsidR="009D07C3" w:rsidRDefault="009D07C3">
            <w:pPr>
              <w:spacing w:after="0"/>
            </w:pPr>
          </w:p>
        </w:tc>
        <w:tc>
          <w:tcPr>
            <w:tcW w:w="1152" w:type="dxa"/>
          </w:tcPr>
          <w:p w14:paraId="74BD57BB" w14:textId="77777777" w:rsidR="009D07C3" w:rsidRDefault="009D07C3">
            <w:pPr>
              <w:spacing w:after="0"/>
            </w:pPr>
          </w:p>
        </w:tc>
      </w:tr>
      <w:tr w:rsidR="009D07C3" w14:paraId="3652DDEE" w14:textId="77777777">
        <w:trPr>
          <w:jc w:val="center"/>
        </w:trPr>
        <w:tc>
          <w:tcPr>
            <w:tcW w:w="4176" w:type="dxa"/>
          </w:tcPr>
          <w:p w14:paraId="68E462ED" w14:textId="77777777" w:rsidR="009D07C3" w:rsidRDefault="004C6837">
            <w:pPr>
              <w:spacing w:after="0"/>
            </w:pPr>
            <w:r>
              <w:rPr>
                <w:sz w:val="15"/>
              </w:rPr>
              <w:t>Supervised adult client hours: evidence of 450 supervised adult client hours</w:t>
            </w:r>
          </w:p>
        </w:tc>
        <w:tc>
          <w:tcPr>
            <w:tcW w:w="1296" w:type="dxa"/>
          </w:tcPr>
          <w:p w14:paraId="1CB41E61" w14:textId="77777777" w:rsidR="009D07C3" w:rsidRDefault="004C6837">
            <w:pPr>
              <w:spacing w:after="0"/>
            </w:pPr>
            <w:r>
              <w:rPr>
                <w:sz w:val="15"/>
              </w:rPr>
              <w:t>[ ] Yes  [ ] No</w:t>
            </w:r>
          </w:p>
        </w:tc>
        <w:tc>
          <w:tcPr>
            <w:tcW w:w="2160" w:type="dxa"/>
          </w:tcPr>
          <w:p w14:paraId="44FE2184" w14:textId="77777777" w:rsidR="009D07C3" w:rsidRDefault="009D07C3">
            <w:pPr>
              <w:spacing w:after="0"/>
            </w:pPr>
          </w:p>
        </w:tc>
        <w:tc>
          <w:tcPr>
            <w:tcW w:w="1584" w:type="dxa"/>
          </w:tcPr>
          <w:p w14:paraId="64589A38" w14:textId="77777777" w:rsidR="009D07C3" w:rsidRDefault="009D07C3">
            <w:pPr>
              <w:spacing w:after="0"/>
            </w:pPr>
          </w:p>
        </w:tc>
        <w:tc>
          <w:tcPr>
            <w:tcW w:w="1152" w:type="dxa"/>
          </w:tcPr>
          <w:p w14:paraId="36214B4F" w14:textId="77777777" w:rsidR="009D07C3" w:rsidRDefault="009D07C3">
            <w:pPr>
              <w:spacing w:after="0"/>
            </w:pPr>
          </w:p>
        </w:tc>
      </w:tr>
      <w:tr w:rsidR="009D07C3" w14:paraId="4B32286D" w14:textId="77777777">
        <w:trPr>
          <w:jc w:val="center"/>
        </w:trPr>
        <w:tc>
          <w:tcPr>
            <w:tcW w:w="4176" w:type="dxa"/>
          </w:tcPr>
          <w:p w14:paraId="2418D133" w14:textId="77777777" w:rsidR="009D07C3" w:rsidRDefault="004C6837">
            <w:pPr>
              <w:spacing w:after="0"/>
            </w:pPr>
            <w:r>
              <w:rPr>
                <w:sz w:val="15"/>
              </w:rPr>
              <w:t>Supervisor report(s), including evidence of minimum 1:6 supervision ratio</w:t>
            </w:r>
          </w:p>
        </w:tc>
        <w:tc>
          <w:tcPr>
            <w:tcW w:w="1296" w:type="dxa"/>
          </w:tcPr>
          <w:p w14:paraId="671E4DEB" w14:textId="77777777" w:rsidR="009D07C3" w:rsidRDefault="004C6837">
            <w:pPr>
              <w:spacing w:after="0"/>
            </w:pPr>
            <w:r>
              <w:rPr>
                <w:sz w:val="15"/>
              </w:rPr>
              <w:t>[ ] Yes  [ ] No</w:t>
            </w:r>
          </w:p>
        </w:tc>
        <w:tc>
          <w:tcPr>
            <w:tcW w:w="2160" w:type="dxa"/>
          </w:tcPr>
          <w:p w14:paraId="10A019A6" w14:textId="77777777" w:rsidR="009D07C3" w:rsidRDefault="009D07C3">
            <w:pPr>
              <w:spacing w:after="0"/>
            </w:pPr>
          </w:p>
        </w:tc>
        <w:tc>
          <w:tcPr>
            <w:tcW w:w="1584" w:type="dxa"/>
          </w:tcPr>
          <w:p w14:paraId="6904B0A5" w14:textId="77777777" w:rsidR="009D07C3" w:rsidRDefault="009D07C3">
            <w:pPr>
              <w:spacing w:after="0"/>
            </w:pPr>
          </w:p>
        </w:tc>
        <w:tc>
          <w:tcPr>
            <w:tcW w:w="1152" w:type="dxa"/>
          </w:tcPr>
          <w:p w14:paraId="73F9A4BF" w14:textId="77777777" w:rsidR="009D07C3" w:rsidRDefault="009D07C3">
            <w:pPr>
              <w:spacing w:after="0"/>
            </w:pPr>
          </w:p>
        </w:tc>
      </w:tr>
      <w:tr w:rsidR="009D07C3" w14:paraId="5CD070CA" w14:textId="77777777">
        <w:trPr>
          <w:jc w:val="center"/>
        </w:trPr>
        <w:tc>
          <w:tcPr>
            <w:tcW w:w="4176" w:type="dxa"/>
          </w:tcPr>
          <w:p w14:paraId="5E45ACF2" w14:textId="77777777" w:rsidR="009D07C3" w:rsidRDefault="004C6837">
            <w:pPr>
              <w:spacing w:after="0"/>
            </w:pPr>
            <w:r>
              <w:rPr>
                <w:sz w:val="15"/>
              </w:rPr>
              <w:t>Mental Health Familiarisation Portfolio: proof of competence in all required learning outcomes</w:t>
            </w:r>
          </w:p>
        </w:tc>
        <w:tc>
          <w:tcPr>
            <w:tcW w:w="1296" w:type="dxa"/>
          </w:tcPr>
          <w:p w14:paraId="3208A777" w14:textId="77777777" w:rsidR="009D07C3" w:rsidRDefault="004C6837">
            <w:pPr>
              <w:spacing w:after="0"/>
            </w:pPr>
            <w:r>
              <w:rPr>
                <w:sz w:val="15"/>
              </w:rPr>
              <w:t>[ ] Yes  [ ] No</w:t>
            </w:r>
          </w:p>
        </w:tc>
        <w:tc>
          <w:tcPr>
            <w:tcW w:w="2160" w:type="dxa"/>
          </w:tcPr>
          <w:p w14:paraId="110D5B1F" w14:textId="77777777" w:rsidR="009D07C3" w:rsidRDefault="009D07C3">
            <w:pPr>
              <w:spacing w:after="0"/>
            </w:pPr>
          </w:p>
        </w:tc>
        <w:tc>
          <w:tcPr>
            <w:tcW w:w="1584" w:type="dxa"/>
          </w:tcPr>
          <w:p w14:paraId="486D7466" w14:textId="77777777" w:rsidR="009D07C3" w:rsidRDefault="009D07C3">
            <w:pPr>
              <w:spacing w:after="0"/>
            </w:pPr>
          </w:p>
        </w:tc>
        <w:tc>
          <w:tcPr>
            <w:tcW w:w="1152" w:type="dxa"/>
          </w:tcPr>
          <w:p w14:paraId="2A17597A" w14:textId="77777777" w:rsidR="009D07C3" w:rsidRDefault="009D07C3">
            <w:pPr>
              <w:spacing w:after="0"/>
            </w:pPr>
          </w:p>
        </w:tc>
      </w:tr>
      <w:tr w:rsidR="009D07C3" w14:paraId="53692E1F" w14:textId="77777777">
        <w:trPr>
          <w:jc w:val="center"/>
        </w:trPr>
        <w:tc>
          <w:tcPr>
            <w:tcW w:w="4176" w:type="dxa"/>
          </w:tcPr>
          <w:p w14:paraId="4383DC8F" w14:textId="77777777" w:rsidR="009D07C3" w:rsidRDefault="004C6837">
            <w:pPr>
              <w:spacing w:after="0"/>
            </w:pPr>
            <w:r>
              <w:rPr>
                <w:sz w:val="15"/>
              </w:rPr>
              <w:t>Personal therapy documentation: proof of 160 hours in a modality aligned with training</w:t>
            </w:r>
          </w:p>
        </w:tc>
        <w:tc>
          <w:tcPr>
            <w:tcW w:w="1296" w:type="dxa"/>
          </w:tcPr>
          <w:p w14:paraId="34B1385C" w14:textId="77777777" w:rsidR="009D07C3" w:rsidRDefault="004C6837">
            <w:pPr>
              <w:spacing w:after="0"/>
            </w:pPr>
            <w:r>
              <w:rPr>
                <w:sz w:val="15"/>
              </w:rPr>
              <w:t>[ ] Yes  [ ] No</w:t>
            </w:r>
          </w:p>
        </w:tc>
        <w:tc>
          <w:tcPr>
            <w:tcW w:w="2160" w:type="dxa"/>
          </w:tcPr>
          <w:p w14:paraId="0DCBF62B" w14:textId="77777777" w:rsidR="009D07C3" w:rsidRDefault="009D07C3">
            <w:pPr>
              <w:spacing w:after="0"/>
            </w:pPr>
          </w:p>
        </w:tc>
        <w:tc>
          <w:tcPr>
            <w:tcW w:w="1584" w:type="dxa"/>
          </w:tcPr>
          <w:p w14:paraId="64AF93CE" w14:textId="77777777" w:rsidR="009D07C3" w:rsidRDefault="009D07C3">
            <w:pPr>
              <w:spacing w:after="0"/>
            </w:pPr>
          </w:p>
        </w:tc>
        <w:tc>
          <w:tcPr>
            <w:tcW w:w="1152" w:type="dxa"/>
          </w:tcPr>
          <w:p w14:paraId="3EC62AEA" w14:textId="77777777" w:rsidR="009D07C3" w:rsidRDefault="009D07C3">
            <w:pPr>
              <w:spacing w:after="0"/>
            </w:pPr>
          </w:p>
        </w:tc>
      </w:tr>
      <w:tr w:rsidR="009D07C3" w14:paraId="18EFC5D4" w14:textId="77777777">
        <w:trPr>
          <w:jc w:val="center"/>
        </w:trPr>
        <w:tc>
          <w:tcPr>
            <w:tcW w:w="4176" w:type="dxa"/>
          </w:tcPr>
          <w:p w14:paraId="051B304F" w14:textId="77777777" w:rsidR="009D07C3" w:rsidRDefault="004C6837">
            <w:pPr>
              <w:spacing w:after="0"/>
            </w:pPr>
            <w:r>
              <w:rPr>
                <w:sz w:val="15"/>
              </w:rPr>
              <w:t>Case Study: 4,000 words (+/-10%), if core training did not include an equivalent</w:t>
            </w:r>
          </w:p>
        </w:tc>
        <w:tc>
          <w:tcPr>
            <w:tcW w:w="1296" w:type="dxa"/>
          </w:tcPr>
          <w:p w14:paraId="7F190064" w14:textId="77777777" w:rsidR="009D07C3" w:rsidRDefault="004C6837">
            <w:pPr>
              <w:spacing w:after="0"/>
            </w:pPr>
            <w:r>
              <w:rPr>
                <w:sz w:val="15"/>
              </w:rPr>
              <w:t>[ ] Yes  [ ] No  [ ] N/A</w:t>
            </w:r>
          </w:p>
        </w:tc>
        <w:tc>
          <w:tcPr>
            <w:tcW w:w="2160" w:type="dxa"/>
          </w:tcPr>
          <w:p w14:paraId="7D30F748" w14:textId="77777777" w:rsidR="009D07C3" w:rsidRDefault="009D07C3">
            <w:pPr>
              <w:spacing w:after="0"/>
            </w:pPr>
          </w:p>
        </w:tc>
        <w:tc>
          <w:tcPr>
            <w:tcW w:w="1584" w:type="dxa"/>
          </w:tcPr>
          <w:p w14:paraId="5A8B8834" w14:textId="77777777" w:rsidR="009D07C3" w:rsidRDefault="009D07C3">
            <w:pPr>
              <w:spacing w:after="0"/>
            </w:pPr>
          </w:p>
        </w:tc>
        <w:tc>
          <w:tcPr>
            <w:tcW w:w="1152" w:type="dxa"/>
          </w:tcPr>
          <w:p w14:paraId="35F52741" w14:textId="77777777" w:rsidR="009D07C3" w:rsidRDefault="009D07C3">
            <w:pPr>
              <w:spacing w:after="0"/>
            </w:pPr>
          </w:p>
        </w:tc>
      </w:tr>
      <w:tr w:rsidR="009D07C3" w14:paraId="02250C87" w14:textId="77777777">
        <w:trPr>
          <w:jc w:val="center"/>
        </w:trPr>
        <w:tc>
          <w:tcPr>
            <w:tcW w:w="4176" w:type="dxa"/>
          </w:tcPr>
          <w:p w14:paraId="418507FE" w14:textId="77777777" w:rsidR="009D07C3" w:rsidRDefault="004C6837">
            <w:pPr>
              <w:spacing w:after="0"/>
            </w:pPr>
            <w:r>
              <w:rPr>
                <w:sz w:val="15"/>
              </w:rPr>
              <w:t>Referee statement completed by an experienced professional who is not a supervisor or trainer, or Course Director endorsement report for NHS-funded training pathway</w:t>
            </w:r>
          </w:p>
        </w:tc>
        <w:tc>
          <w:tcPr>
            <w:tcW w:w="1296" w:type="dxa"/>
          </w:tcPr>
          <w:p w14:paraId="27907B09" w14:textId="77777777" w:rsidR="009D07C3" w:rsidRDefault="004C6837">
            <w:pPr>
              <w:spacing w:after="0"/>
            </w:pPr>
            <w:r>
              <w:rPr>
                <w:sz w:val="15"/>
              </w:rPr>
              <w:t>[ ] Yes  [ ] No</w:t>
            </w:r>
          </w:p>
        </w:tc>
        <w:tc>
          <w:tcPr>
            <w:tcW w:w="2160" w:type="dxa"/>
          </w:tcPr>
          <w:p w14:paraId="6CCCC0FD" w14:textId="77777777" w:rsidR="009D07C3" w:rsidRDefault="009D07C3">
            <w:pPr>
              <w:spacing w:after="0"/>
            </w:pPr>
          </w:p>
        </w:tc>
        <w:tc>
          <w:tcPr>
            <w:tcW w:w="1584" w:type="dxa"/>
          </w:tcPr>
          <w:p w14:paraId="06149702" w14:textId="77777777" w:rsidR="009D07C3" w:rsidRDefault="009D07C3">
            <w:pPr>
              <w:spacing w:after="0"/>
            </w:pPr>
          </w:p>
        </w:tc>
        <w:tc>
          <w:tcPr>
            <w:tcW w:w="1152" w:type="dxa"/>
          </w:tcPr>
          <w:p w14:paraId="5EF1ED2F" w14:textId="77777777" w:rsidR="009D07C3" w:rsidRDefault="009D07C3">
            <w:pPr>
              <w:spacing w:after="0"/>
            </w:pPr>
          </w:p>
        </w:tc>
      </w:tr>
      <w:tr w:rsidR="009D07C3" w14:paraId="07A28078" w14:textId="77777777">
        <w:trPr>
          <w:jc w:val="center"/>
        </w:trPr>
        <w:tc>
          <w:tcPr>
            <w:tcW w:w="4176" w:type="dxa"/>
          </w:tcPr>
          <w:p w14:paraId="625E5276" w14:textId="77777777" w:rsidR="009D07C3" w:rsidRDefault="004C6837">
            <w:pPr>
              <w:spacing w:after="0"/>
            </w:pPr>
            <w:r>
              <w:rPr>
                <w:sz w:val="15"/>
              </w:rPr>
              <w:t>Professional indemnity insurance proof</w:t>
            </w:r>
          </w:p>
        </w:tc>
        <w:tc>
          <w:tcPr>
            <w:tcW w:w="1296" w:type="dxa"/>
          </w:tcPr>
          <w:p w14:paraId="578E5448" w14:textId="77777777" w:rsidR="009D07C3" w:rsidRDefault="004C6837">
            <w:pPr>
              <w:spacing w:after="0"/>
            </w:pPr>
            <w:r>
              <w:rPr>
                <w:sz w:val="15"/>
              </w:rPr>
              <w:t>[ ] Yes  [ ] No</w:t>
            </w:r>
          </w:p>
        </w:tc>
        <w:tc>
          <w:tcPr>
            <w:tcW w:w="2160" w:type="dxa"/>
          </w:tcPr>
          <w:p w14:paraId="0A442FB7" w14:textId="77777777" w:rsidR="009D07C3" w:rsidRDefault="009D07C3">
            <w:pPr>
              <w:spacing w:after="0"/>
            </w:pPr>
          </w:p>
        </w:tc>
        <w:tc>
          <w:tcPr>
            <w:tcW w:w="1584" w:type="dxa"/>
          </w:tcPr>
          <w:p w14:paraId="74E745FC" w14:textId="77777777" w:rsidR="009D07C3" w:rsidRDefault="009D07C3">
            <w:pPr>
              <w:spacing w:after="0"/>
            </w:pPr>
          </w:p>
        </w:tc>
        <w:tc>
          <w:tcPr>
            <w:tcW w:w="1152" w:type="dxa"/>
          </w:tcPr>
          <w:p w14:paraId="6774D1D3" w14:textId="77777777" w:rsidR="009D07C3" w:rsidRDefault="009D07C3">
            <w:pPr>
              <w:spacing w:after="0"/>
            </w:pPr>
          </w:p>
        </w:tc>
      </w:tr>
      <w:tr w:rsidR="009D07C3" w14:paraId="4998F429" w14:textId="77777777">
        <w:trPr>
          <w:jc w:val="center"/>
        </w:trPr>
        <w:tc>
          <w:tcPr>
            <w:tcW w:w="4176" w:type="dxa"/>
          </w:tcPr>
          <w:p w14:paraId="002735E4" w14:textId="77777777" w:rsidR="009D07C3" w:rsidRDefault="004C6837">
            <w:pPr>
              <w:spacing w:after="0"/>
            </w:pPr>
            <w:r>
              <w:rPr>
                <w:sz w:val="15"/>
              </w:rPr>
              <w:t>Therapeutic executor / professional will arrangement confirmation</w:t>
            </w:r>
          </w:p>
        </w:tc>
        <w:tc>
          <w:tcPr>
            <w:tcW w:w="1296" w:type="dxa"/>
          </w:tcPr>
          <w:p w14:paraId="7B4B2B70" w14:textId="77777777" w:rsidR="009D07C3" w:rsidRDefault="004C6837">
            <w:pPr>
              <w:spacing w:after="0"/>
            </w:pPr>
            <w:r>
              <w:rPr>
                <w:sz w:val="15"/>
              </w:rPr>
              <w:t>[ ] Yes  [ ] No</w:t>
            </w:r>
          </w:p>
        </w:tc>
        <w:tc>
          <w:tcPr>
            <w:tcW w:w="2160" w:type="dxa"/>
          </w:tcPr>
          <w:p w14:paraId="0DCE7010" w14:textId="77777777" w:rsidR="009D07C3" w:rsidRDefault="009D07C3">
            <w:pPr>
              <w:spacing w:after="0"/>
            </w:pPr>
          </w:p>
        </w:tc>
        <w:tc>
          <w:tcPr>
            <w:tcW w:w="1584" w:type="dxa"/>
          </w:tcPr>
          <w:p w14:paraId="43ADC7CA" w14:textId="77777777" w:rsidR="009D07C3" w:rsidRDefault="009D07C3">
            <w:pPr>
              <w:spacing w:after="0"/>
            </w:pPr>
          </w:p>
        </w:tc>
        <w:tc>
          <w:tcPr>
            <w:tcW w:w="1152" w:type="dxa"/>
          </w:tcPr>
          <w:p w14:paraId="7CD67023" w14:textId="77777777" w:rsidR="009D07C3" w:rsidRDefault="009D07C3">
            <w:pPr>
              <w:spacing w:after="0"/>
            </w:pPr>
          </w:p>
        </w:tc>
      </w:tr>
      <w:tr w:rsidR="009D07C3" w14:paraId="720B1AFC" w14:textId="77777777">
        <w:trPr>
          <w:jc w:val="center"/>
        </w:trPr>
        <w:tc>
          <w:tcPr>
            <w:tcW w:w="4176" w:type="dxa"/>
          </w:tcPr>
          <w:p w14:paraId="0BDBB612" w14:textId="77777777" w:rsidR="009D07C3" w:rsidRDefault="004C6837">
            <w:pPr>
              <w:spacing w:after="0"/>
            </w:pPr>
            <w:r>
              <w:rPr>
                <w:sz w:val="15"/>
              </w:rPr>
              <w:t>Application fee: non-refundable GBP 250 paid, unless Metanoia staff exemption applies</w:t>
            </w:r>
          </w:p>
        </w:tc>
        <w:tc>
          <w:tcPr>
            <w:tcW w:w="1296" w:type="dxa"/>
          </w:tcPr>
          <w:p w14:paraId="06E4769B" w14:textId="77777777" w:rsidR="009D07C3" w:rsidRDefault="004C6837">
            <w:pPr>
              <w:spacing w:after="0"/>
            </w:pPr>
            <w:r>
              <w:rPr>
                <w:sz w:val="15"/>
              </w:rPr>
              <w:t>[ ] Yes  [ ] No  [ ] Exempt</w:t>
            </w:r>
          </w:p>
        </w:tc>
        <w:tc>
          <w:tcPr>
            <w:tcW w:w="2160" w:type="dxa"/>
          </w:tcPr>
          <w:p w14:paraId="05A6D647" w14:textId="77777777" w:rsidR="009D07C3" w:rsidRDefault="009D07C3">
            <w:pPr>
              <w:spacing w:after="0"/>
            </w:pPr>
          </w:p>
        </w:tc>
        <w:tc>
          <w:tcPr>
            <w:tcW w:w="1584" w:type="dxa"/>
          </w:tcPr>
          <w:p w14:paraId="6C771D95" w14:textId="77777777" w:rsidR="009D07C3" w:rsidRDefault="009D07C3">
            <w:pPr>
              <w:spacing w:after="0"/>
            </w:pPr>
          </w:p>
        </w:tc>
        <w:tc>
          <w:tcPr>
            <w:tcW w:w="1152" w:type="dxa"/>
          </w:tcPr>
          <w:p w14:paraId="30B6DB62" w14:textId="77777777" w:rsidR="009D07C3" w:rsidRDefault="009D07C3">
            <w:pPr>
              <w:spacing w:after="0"/>
            </w:pPr>
          </w:p>
        </w:tc>
      </w:tr>
    </w:tbl>
    <w:p w14:paraId="2F173454" w14:textId="77777777" w:rsidR="009D07C3" w:rsidRDefault="009D07C3">
      <w:pPr>
        <w:spacing w:after="40"/>
      </w:pPr>
    </w:p>
    <w:p w14:paraId="283F3AE1" w14:textId="77777777" w:rsidR="009D07C3" w:rsidRDefault="004C6837">
      <w:pPr>
        <w:pStyle w:val="Heading2"/>
        <w:spacing w:before="120" w:after="80"/>
      </w:pPr>
      <w:r>
        <w:rPr>
          <w:rFonts w:ascii="Arial" w:hAnsi="Arial"/>
          <w:sz w:val="21"/>
        </w:rPr>
        <w:t>15B. Psychotherapeutic Counsellor Applicant Checklist</w:t>
      </w:r>
    </w:p>
    <w:tbl>
      <w:tblPr>
        <w:tblW w:w="0" w:type="auto"/>
        <w:jc w:val="center"/>
        <w:tblBorders>
          <w:top w:val="single" w:sz="4" w:space="0" w:color="7F7F7F"/>
          <w:left w:val="single" w:sz="4" w:space="0" w:color="7F7F7F"/>
          <w:bottom w:val="single" w:sz="4" w:space="0" w:color="7F7F7F"/>
          <w:right w:val="single" w:sz="4" w:space="0" w:color="7F7F7F"/>
          <w:insideH w:val="single" w:sz="4" w:space="0" w:color="7F7F7F"/>
          <w:insideV w:val="single" w:sz="4" w:space="0" w:color="7F7F7F"/>
        </w:tblBorders>
        <w:tblLook w:val="04A0" w:firstRow="1" w:lastRow="0" w:firstColumn="1" w:lastColumn="0" w:noHBand="0" w:noVBand="1"/>
      </w:tblPr>
      <w:tblGrid>
        <w:gridCol w:w="4171"/>
        <w:gridCol w:w="1295"/>
        <w:gridCol w:w="2158"/>
        <w:gridCol w:w="1583"/>
        <w:gridCol w:w="1151"/>
      </w:tblGrid>
      <w:tr w:rsidR="009D07C3" w14:paraId="6E44179E" w14:textId="77777777">
        <w:trPr>
          <w:jc w:val="center"/>
        </w:trPr>
        <w:tc>
          <w:tcPr>
            <w:tcW w:w="4176" w:type="dxa"/>
            <w:shd w:val="clear" w:color="auto" w:fill="D9EAF7"/>
          </w:tcPr>
          <w:p w14:paraId="1CC2A4B4" w14:textId="77777777" w:rsidR="009D07C3" w:rsidRDefault="004C6837">
            <w:pPr>
              <w:spacing w:after="0"/>
            </w:pPr>
            <w:r>
              <w:rPr>
                <w:b/>
                <w:sz w:val="14"/>
              </w:rPr>
              <w:t>Document / evidence required</w:t>
            </w:r>
          </w:p>
        </w:tc>
        <w:tc>
          <w:tcPr>
            <w:tcW w:w="1296" w:type="dxa"/>
            <w:shd w:val="clear" w:color="auto" w:fill="D9EAF7"/>
          </w:tcPr>
          <w:p w14:paraId="7235547F" w14:textId="77777777" w:rsidR="009D07C3" w:rsidRDefault="004C6837">
            <w:pPr>
              <w:spacing w:after="0"/>
            </w:pPr>
            <w:r>
              <w:rPr>
                <w:b/>
                <w:sz w:val="14"/>
              </w:rPr>
              <w:t>Included?</w:t>
            </w:r>
          </w:p>
        </w:tc>
        <w:tc>
          <w:tcPr>
            <w:tcW w:w="2160" w:type="dxa"/>
            <w:shd w:val="clear" w:color="auto" w:fill="D9EAF7"/>
          </w:tcPr>
          <w:p w14:paraId="02F77471" w14:textId="77777777" w:rsidR="009D07C3" w:rsidRDefault="004C6837">
            <w:pPr>
              <w:spacing w:after="0"/>
            </w:pPr>
            <w:r>
              <w:rPr>
                <w:b/>
                <w:sz w:val="14"/>
              </w:rPr>
              <w:t>Evidence reference / file name</w:t>
            </w:r>
          </w:p>
        </w:tc>
        <w:tc>
          <w:tcPr>
            <w:tcW w:w="1584" w:type="dxa"/>
            <w:shd w:val="clear" w:color="auto" w:fill="D9EAF7"/>
          </w:tcPr>
          <w:p w14:paraId="6A3AC088" w14:textId="77777777" w:rsidR="009D07C3" w:rsidRDefault="004C6837">
            <w:pPr>
              <w:spacing w:after="0"/>
            </w:pPr>
            <w:r>
              <w:rPr>
                <w:b/>
                <w:sz w:val="14"/>
              </w:rPr>
              <w:t>Applicant notes</w:t>
            </w:r>
          </w:p>
        </w:tc>
        <w:tc>
          <w:tcPr>
            <w:tcW w:w="1152" w:type="dxa"/>
            <w:shd w:val="clear" w:color="auto" w:fill="D9EAF7"/>
          </w:tcPr>
          <w:p w14:paraId="6AF90510" w14:textId="77777777" w:rsidR="009D07C3" w:rsidRDefault="004C6837">
            <w:pPr>
              <w:spacing w:after="0"/>
            </w:pPr>
            <w:r>
              <w:rPr>
                <w:b/>
                <w:sz w:val="14"/>
              </w:rPr>
              <w:t>Office use</w:t>
            </w:r>
          </w:p>
        </w:tc>
      </w:tr>
      <w:tr w:rsidR="009D07C3" w14:paraId="35F0DE3C" w14:textId="77777777">
        <w:trPr>
          <w:jc w:val="center"/>
        </w:trPr>
        <w:tc>
          <w:tcPr>
            <w:tcW w:w="4176" w:type="dxa"/>
          </w:tcPr>
          <w:p w14:paraId="454AFC50" w14:textId="77777777" w:rsidR="009D07C3" w:rsidRDefault="004C6837">
            <w:pPr>
              <w:spacing w:after="0"/>
            </w:pPr>
            <w:r>
              <w:rPr>
                <w:sz w:val="14"/>
              </w:rPr>
              <w:t>Completed application form</w:t>
            </w:r>
          </w:p>
        </w:tc>
        <w:tc>
          <w:tcPr>
            <w:tcW w:w="1296" w:type="dxa"/>
          </w:tcPr>
          <w:p w14:paraId="68BE62E6" w14:textId="77777777" w:rsidR="009D07C3" w:rsidRDefault="004C6837">
            <w:pPr>
              <w:spacing w:after="0"/>
            </w:pPr>
            <w:r>
              <w:rPr>
                <w:sz w:val="14"/>
              </w:rPr>
              <w:t>[ ] Yes  [ ] No</w:t>
            </w:r>
          </w:p>
        </w:tc>
        <w:tc>
          <w:tcPr>
            <w:tcW w:w="2160" w:type="dxa"/>
          </w:tcPr>
          <w:p w14:paraId="6AE50996" w14:textId="77777777" w:rsidR="009D07C3" w:rsidRDefault="009D07C3">
            <w:pPr>
              <w:spacing w:after="0"/>
            </w:pPr>
          </w:p>
        </w:tc>
        <w:tc>
          <w:tcPr>
            <w:tcW w:w="1584" w:type="dxa"/>
          </w:tcPr>
          <w:p w14:paraId="6FADBF3E" w14:textId="77777777" w:rsidR="009D07C3" w:rsidRDefault="009D07C3">
            <w:pPr>
              <w:spacing w:after="0"/>
            </w:pPr>
          </w:p>
        </w:tc>
        <w:tc>
          <w:tcPr>
            <w:tcW w:w="1152" w:type="dxa"/>
          </w:tcPr>
          <w:p w14:paraId="778EA22F" w14:textId="77777777" w:rsidR="009D07C3" w:rsidRDefault="009D07C3">
            <w:pPr>
              <w:spacing w:after="0"/>
            </w:pPr>
          </w:p>
        </w:tc>
      </w:tr>
      <w:tr w:rsidR="009D07C3" w14:paraId="61943A75" w14:textId="77777777">
        <w:trPr>
          <w:jc w:val="center"/>
        </w:trPr>
        <w:tc>
          <w:tcPr>
            <w:tcW w:w="4176" w:type="dxa"/>
          </w:tcPr>
          <w:p w14:paraId="748A72B2" w14:textId="77777777" w:rsidR="009D07C3" w:rsidRDefault="004C6837">
            <w:pPr>
              <w:spacing w:after="0"/>
            </w:pPr>
            <w:r>
              <w:rPr>
                <w:sz w:val="14"/>
              </w:rPr>
              <w:t>Academic documentation: Level 5 diploma or equivalent</w:t>
            </w:r>
          </w:p>
        </w:tc>
        <w:tc>
          <w:tcPr>
            <w:tcW w:w="1296" w:type="dxa"/>
          </w:tcPr>
          <w:p w14:paraId="7E5EFAC4" w14:textId="77777777" w:rsidR="009D07C3" w:rsidRDefault="004C6837">
            <w:pPr>
              <w:spacing w:after="0"/>
            </w:pPr>
            <w:r>
              <w:rPr>
                <w:sz w:val="14"/>
              </w:rPr>
              <w:t>[ ] Yes  [ ] No</w:t>
            </w:r>
          </w:p>
        </w:tc>
        <w:tc>
          <w:tcPr>
            <w:tcW w:w="2160" w:type="dxa"/>
          </w:tcPr>
          <w:p w14:paraId="1CC724D2" w14:textId="77777777" w:rsidR="009D07C3" w:rsidRDefault="009D07C3">
            <w:pPr>
              <w:spacing w:after="0"/>
            </w:pPr>
          </w:p>
        </w:tc>
        <w:tc>
          <w:tcPr>
            <w:tcW w:w="1584" w:type="dxa"/>
          </w:tcPr>
          <w:p w14:paraId="1EDC4A42" w14:textId="77777777" w:rsidR="009D07C3" w:rsidRDefault="009D07C3">
            <w:pPr>
              <w:spacing w:after="0"/>
            </w:pPr>
          </w:p>
        </w:tc>
        <w:tc>
          <w:tcPr>
            <w:tcW w:w="1152" w:type="dxa"/>
          </w:tcPr>
          <w:p w14:paraId="041981C6" w14:textId="77777777" w:rsidR="009D07C3" w:rsidRDefault="009D07C3">
            <w:pPr>
              <w:spacing w:after="0"/>
            </w:pPr>
          </w:p>
        </w:tc>
      </w:tr>
      <w:tr w:rsidR="009D07C3" w14:paraId="664DEA62" w14:textId="77777777">
        <w:trPr>
          <w:jc w:val="center"/>
        </w:trPr>
        <w:tc>
          <w:tcPr>
            <w:tcW w:w="4176" w:type="dxa"/>
          </w:tcPr>
          <w:p w14:paraId="0E9376D2" w14:textId="77777777" w:rsidR="009D07C3" w:rsidRDefault="004C6837">
            <w:pPr>
              <w:spacing w:after="0"/>
            </w:pPr>
            <w:r>
              <w:rPr>
                <w:sz w:val="14"/>
              </w:rPr>
              <w:t>Evidence of integrative or humanistic theory and practice</w:t>
            </w:r>
          </w:p>
        </w:tc>
        <w:tc>
          <w:tcPr>
            <w:tcW w:w="1296" w:type="dxa"/>
          </w:tcPr>
          <w:p w14:paraId="4A42015F" w14:textId="77777777" w:rsidR="009D07C3" w:rsidRDefault="004C6837">
            <w:pPr>
              <w:spacing w:after="0"/>
            </w:pPr>
            <w:r>
              <w:rPr>
                <w:sz w:val="14"/>
              </w:rPr>
              <w:t>[ ] Yes  [ ] No</w:t>
            </w:r>
          </w:p>
        </w:tc>
        <w:tc>
          <w:tcPr>
            <w:tcW w:w="2160" w:type="dxa"/>
          </w:tcPr>
          <w:p w14:paraId="613B845C" w14:textId="77777777" w:rsidR="009D07C3" w:rsidRDefault="009D07C3">
            <w:pPr>
              <w:spacing w:after="0"/>
            </w:pPr>
          </w:p>
        </w:tc>
        <w:tc>
          <w:tcPr>
            <w:tcW w:w="1584" w:type="dxa"/>
          </w:tcPr>
          <w:p w14:paraId="43519803" w14:textId="77777777" w:rsidR="009D07C3" w:rsidRDefault="009D07C3">
            <w:pPr>
              <w:spacing w:after="0"/>
            </w:pPr>
          </w:p>
        </w:tc>
        <w:tc>
          <w:tcPr>
            <w:tcW w:w="1152" w:type="dxa"/>
          </w:tcPr>
          <w:p w14:paraId="2C4175B8" w14:textId="77777777" w:rsidR="009D07C3" w:rsidRDefault="009D07C3">
            <w:pPr>
              <w:spacing w:after="0"/>
            </w:pPr>
          </w:p>
        </w:tc>
      </w:tr>
      <w:tr w:rsidR="009D07C3" w14:paraId="42E7678A" w14:textId="77777777">
        <w:trPr>
          <w:jc w:val="center"/>
        </w:trPr>
        <w:tc>
          <w:tcPr>
            <w:tcW w:w="4176" w:type="dxa"/>
          </w:tcPr>
          <w:p w14:paraId="5625A9EF" w14:textId="77777777" w:rsidR="009D07C3" w:rsidRDefault="004C6837">
            <w:pPr>
              <w:spacing w:after="0"/>
            </w:pPr>
            <w:r>
              <w:rPr>
                <w:sz w:val="14"/>
              </w:rPr>
              <w:t>Training breakdown: documentation of 450 hours, including core training, supervision, mental health familiarisation portfolio and self-directed learning</w:t>
            </w:r>
          </w:p>
        </w:tc>
        <w:tc>
          <w:tcPr>
            <w:tcW w:w="1296" w:type="dxa"/>
          </w:tcPr>
          <w:p w14:paraId="7DF52B15" w14:textId="77777777" w:rsidR="009D07C3" w:rsidRDefault="004C6837">
            <w:pPr>
              <w:spacing w:after="0"/>
            </w:pPr>
            <w:r>
              <w:rPr>
                <w:sz w:val="14"/>
              </w:rPr>
              <w:t>[ ] Yes  [ ] No</w:t>
            </w:r>
          </w:p>
        </w:tc>
        <w:tc>
          <w:tcPr>
            <w:tcW w:w="2160" w:type="dxa"/>
          </w:tcPr>
          <w:p w14:paraId="4182CF19" w14:textId="77777777" w:rsidR="009D07C3" w:rsidRDefault="009D07C3">
            <w:pPr>
              <w:spacing w:after="0"/>
            </w:pPr>
          </w:p>
        </w:tc>
        <w:tc>
          <w:tcPr>
            <w:tcW w:w="1584" w:type="dxa"/>
          </w:tcPr>
          <w:p w14:paraId="524FBF55" w14:textId="77777777" w:rsidR="009D07C3" w:rsidRDefault="009D07C3">
            <w:pPr>
              <w:spacing w:after="0"/>
            </w:pPr>
          </w:p>
        </w:tc>
        <w:tc>
          <w:tcPr>
            <w:tcW w:w="1152" w:type="dxa"/>
          </w:tcPr>
          <w:p w14:paraId="586C0422" w14:textId="77777777" w:rsidR="009D07C3" w:rsidRDefault="009D07C3">
            <w:pPr>
              <w:spacing w:after="0"/>
            </w:pPr>
          </w:p>
        </w:tc>
      </w:tr>
      <w:tr w:rsidR="009D07C3" w14:paraId="025E55D1" w14:textId="77777777">
        <w:trPr>
          <w:jc w:val="center"/>
        </w:trPr>
        <w:tc>
          <w:tcPr>
            <w:tcW w:w="4176" w:type="dxa"/>
          </w:tcPr>
          <w:p w14:paraId="427BF525" w14:textId="77777777" w:rsidR="009D07C3" w:rsidRDefault="004C6837">
            <w:pPr>
              <w:spacing w:after="0"/>
            </w:pPr>
            <w:r>
              <w:rPr>
                <w:sz w:val="14"/>
              </w:rPr>
              <w:t>Evidence of minimum 100 supervised client practice hours prior to qualification</w:t>
            </w:r>
          </w:p>
        </w:tc>
        <w:tc>
          <w:tcPr>
            <w:tcW w:w="1296" w:type="dxa"/>
          </w:tcPr>
          <w:p w14:paraId="28786861" w14:textId="77777777" w:rsidR="009D07C3" w:rsidRDefault="004C6837">
            <w:pPr>
              <w:spacing w:after="0"/>
            </w:pPr>
            <w:r>
              <w:rPr>
                <w:sz w:val="14"/>
              </w:rPr>
              <w:t>[ ] Yes  [ ] No</w:t>
            </w:r>
          </w:p>
        </w:tc>
        <w:tc>
          <w:tcPr>
            <w:tcW w:w="2160" w:type="dxa"/>
          </w:tcPr>
          <w:p w14:paraId="2E492635" w14:textId="77777777" w:rsidR="009D07C3" w:rsidRDefault="009D07C3">
            <w:pPr>
              <w:spacing w:after="0"/>
            </w:pPr>
          </w:p>
        </w:tc>
        <w:tc>
          <w:tcPr>
            <w:tcW w:w="1584" w:type="dxa"/>
          </w:tcPr>
          <w:p w14:paraId="474B9858" w14:textId="77777777" w:rsidR="009D07C3" w:rsidRDefault="009D07C3">
            <w:pPr>
              <w:spacing w:after="0"/>
            </w:pPr>
          </w:p>
        </w:tc>
        <w:tc>
          <w:tcPr>
            <w:tcW w:w="1152" w:type="dxa"/>
          </w:tcPr>
          <w:p w14:paraId="3A2040AF" w14:textId="77777777" w:rsidR="009D07C3" w:rsidRDefault="009D07C3">
            <w:pPr>
              <w:spacing w:after="0"/>
            </w:pPr>
          </w:p>
        </w:tc>
      </w:tr>
      <w:tr w:rsidR="009D07C3" w14:paraId="1E43EAD5" w14:textId="77777777">
        <w:trPr>
          <w:jc w:val="center"/>
        </w:trPr>
        <w:tc>
          <w:tcPr>
            <w:tcW w:w="4176" w:type="dxa"/>
          </w:tcPr>
          <w:p w14:paraId="780ED70A" w14:textId="77777777" w:rsidR="009D07C3" w:rsidRDefault="004C6837">
            <w:pPr>
              <w:spacing w:after="0"/>
            </w:pPr>
            <w:r>
              <w:rPr>
                <w:sz w:val="14"/>
              </w:rPr>
              <w:t>Supervised adult client hours: evidence of 450 supervised adult client hours</w:t>
            </w:r>
          </w:p>
        </w:tc>
        <w:tc>
          <w:tcPr>
            <w:tcW w:w="1296" w:type="dxa"/>
          </w:tcPr>
          <w:p w14:paraId="6C5C899A" w14:textId="77777777" w:rsidR="009D07C3" w:rsidRDefault="004C6837">
            <w:pPr>
              <w:spacing w:after="0"/>
            </w:pPr>
            <w:r>
              <w:rPr>
                <w:sz w:val="14"/>
              </w:rPr>
              <w:t>[ ] Yes  [ ] No</w:t>
            </w:r>
          </w:p>
        </w:tc>
        <w:tc>
          <w:tcPr>
            <w:tcW w:w="2160" w:type="dxa"/>
          </w:tcPr>
          <w:p w14:paraId="3517CA2A" w14:textId="77777777" w:rsidR="009D07C3" w:rsidRDefault="009D07C3">
            <w:pPr>
              <w:spacing w:after="0"/>
            </w:pPr>
          </w:p>
        </w:tc>
        <w:tc>
          <w:tcPr>
            <w:tcW w:w="1584" w:type="dxa"/>
          </w:tcPr>
          <w:p w14:paraId="6CB3726A" w14:textId="77777777" w:rsidR="009D07C3" w:rsidRDefault="009D07C3">
            <w:pPr>
              <w:spacing w:after="0"/>
            </w:pPr>
          </w:p>
        </w:tc>
        <w:tc>
          <w:tcPr>
            <w:tcW w:w="1152" w:type="dxa"/>
          </w:tcPr>
          <w:p w14:paraId="3B393F73" w14:textId="77777777" w:rsidR="009D07C3" w:rsidRDefault="009D07C3">
            <w:pPr>
              <w:spacing w:after="0"/>
            </w:pPr>
          </w:p>
        </w:tc>
      </w:tr>
      <w:tr w:rsidR="009D07C3" w14:paraId="75A5731F" w14:textId="77777777">
        <w:trPr>
          <w:jc w:val="center"/>
        </w:trPr>
        <w:tc>
          <w:tcPr>
            <w:tcW w:w="4176" w:type="dxa"/>
          </w:tcPr>
          <w:p w14:paraId="2E94AEDE" w14:textId="77777777" w:rsidR="009D07C3" w:rsidRDefault="004C6837">
            <w:pPr>
              <w:spacing w:after="0"/>
            </w:pPr>
            <w:r>
              <w:rPr>
                <w:sz w:val="14"/>
              </w:rPr>
              <w:t>Supervisor report(s), including evidence of minimum 1:6 supervision ratio</w:t>
            </w:r>
          </w:p>
        </w:tc>
        <w:tc>
          <w:tcPr>
            <w:tcW w:w="1296" w:type="dxa"/>
          </w:tcPr>
          <w:p w14:paraId="19054B0D" w14:textId="77777777" w:rsidR="009D07C3" w:rsidRDefault="004C6837">
            <w:pPr>
              <w:spacing w:after="0"/>
            </w:pPr>
            <w:r>
              <w:rPr>
                <w:sz w:val="14"/>
              </w:rPr>
              <w:t>[ ] Yes  [ ] No</w:t>
            </w:r>
          </w:p>
        </w:tc>
        <w:tc>
          <w:tcPr>
            <w:tcW w:w="2160" w:type="dxa"/>
          </w:tcPr>
          <w:p w14:paraId="7B1CE160" w14:textId="77777777" w:rsidR="009D07C3" w:rsidRDefault="009D07C3">
            <w:pPr>
              <w:spacing w:after="0"/>
            </w:pPr>
          </w:p>
        </w:tc>
        <w:tc>
          <w:tcPr>
            <w:tcW w:w="1584" w:type="dxa"/>
          </w:tcPr>
          <w:p w14:paraId="1DFF0DCC" w14:textId="77777777" w:rsidR="009D07C3" w:rsidRDefault="009D07C3">
            <w:pPr>
              <w:spacing w:after="0"/>
            </w:pPr>
          </w:p>
        </w:tc>
        <w:tc>
          <w:tcPr>
            <w:tcW w:w="1152" w:type="dxa"/>
          </w:tcPr>
          <w:p w14:paraId="5CC11091" w14:textId="77777777" w:rsidR="009D07C3" w:rsidRDefault="009D07C3">
            <w:pPr>
              <w:spacing w:after="0"/>
            </w:pPr>
          </w:p>
        </w:tc>
      </w:tr>
      <w:tr w:rsidR="009D07C3" w14:paraId="3AA84EA0" w14:textId="77777777">
        <w:trPr>
          <w:jc w:val="center"/>
        </w:trPr>
        <w:tc>
          <w:tcPr>
            <w:tcW w:w="4176" w:type="dxa"/>
          </w:tcPr>
          <w:p w14:paraId="673E7468" w14:textId="77777777" w:rsidR="009D07C3" w:rsidRDefault="004C6837">
            <w:pPr>
              <w:spacing w:after="0"/>
            </w:pPr>
            <w:r>
              <w:rPr>
                <w:sz w:val="14"/>
              </w:rPr>
              <w:t>Personal therapy documentation: proof of 105 hours in a modality aligned with training or equivalent</w:t>
            </w:r>
          </w:p>
        </w:tc>
        <w:tc>
          <w:tcPr>
            <w:tcW w:w="1296" w:type="dxa"/>
          </w:tcPr>
          <w:p w14:paraId="62049544" w14:textId="77777777" w:rsidR="009D07C3" w:rsidRDefault="004C6837">
            <w:pPr>
              <w:spacing w:after="0"/>
            </w:pPr>
            <w:r>
              <w:rPr>
                <w:sz w:val="14"/>
              </w:rPr>
              <w:t>[ ] Yes  [ ] No</w:t>
            </w:r>
          </w:p>
        </w:tc>
        <w:tc>
          <w:tcPr>
            <w:tcW w:w="2160" w:type="dxa"/>
          </w:tcPr>
          <w:p w14:paraId="64DF4996" w14:textId="77777777" w:rsidR="009D07C3" w:rsidRDefault="009D07C3">
            <w:pPr>
              <w:spacing w:after="0"/>
            </w:pPr>
          </w:p>
        </w:tc>
        <w:tc>
          <w:tcPr>
            <w:tcW w:w="1584" w:type="dxa"/>
          </w:tcPr>
          <w:p w14:paraId="6516F14E" w14:textId="77777777" w:rsidR="009D07C3" w:rsidRDefault="009D07C3">
            <w:pPr>
              <w:spacing w:after="0"/>
            </w:pPr>
          </w:p>
        </w:tc>
        <w:tc>
          <w:tcPr>
            <w:tcW w:w="1152" w:type="dxa"/>
          </w:tcPr>
          <w:p w14:paraId="3C343A2B" w14:textId="77777777" w:rsidR="009D07C3" w:rsidRDefault="009D07C3">
            <w:pPr>
              <w:spacing w:after="0"/>
            </w:pPr>
          </w:p>
        </w:tc>
      </w:tr>
      <w:tr w:rsidR="009D07C3" w14:paraId="73023DF7" w14:textId="77777777">
        <w:trPr>
          <w:jc w:val="center"/>
        </w:trPr>
        <w:tc>
          <w:tcPr>
            <w:tcW w:w="4176" w:type="dxa"/>
          </w:tcPr>
          <w:p w14:paraId="65DD2325" w14:textId="77777777" w:rsidR="009D07C3" w:rsidRDefault="004C6837">
            <w:pPr>
              <w:spacing w:after="0"/>
            </w:pPr>
            <w:r>
              <w:rPr>
                <w:sz w:val="14"/>
              </w:rPr>
              <w:t>Reflective essay: 3,000 words (+/-10%) on professional practice, theory and ethics, focusing on the therapeutic relationship, if core training did not include an equivalent</w:t>
            </w:r>
          </w:p>
        </w:tc>
        <w:tc>
          <w:tcPr>
            <w:tcW w:w="1296" w:type="dxa"/>
          </w:tcPr>
          <w:p w14:paraId="6F9A262B" w14:textId="77777777" w:rsidR="009D07C3" w:rsidRDefault="004C6837">
            <w:pPr>
              <w:spacing w:after="0"/>
            </w:pPr>
            <w:r>
              <w:rPr>
                <w:sz w:val="14"/>
              </w:rPr>
              <w:t>[ ] Yes  [ ] No  [ ] N/A</w:t>
            </w:r>
          </w:p>
        </w:tc>
        <w:tc>
          <w:tcPr>
            <w:tcW w:w="2160" w:type="dxa"/>
          </w:tcPr>
          <w:p w14:paraId="07B736C3" w14:textId="77777777" w:rsidR="009D07C3" w:rsidRDefault="009D07C3">
            <w:pPr>
              <w:spacing w:after="0"/>
            </w:pPr>
          </w:p>
        </w:tc>
        <w:tc>
          <w:tcPr>
            <w:tcW w:w="1584" w:type="dxa"/>
          </w:tcPr>
          <w:p w14:paraId="1ABC8320" w14:textId="77777777" w:rsidR="009D07C3" w:rsidRDefault="009D07C3">
            <w:pPr>
              <w:spacing w:after="0"/>
            </w:pPr>
          </w:p>
        </w:tc>
        <w:tc>
          <w:tcPr>
            <w:tcW w:w="1152" w:type="dxa"/>
          </w:tcPr>
          <w:p w14:paraId="4CFF2383" w14:textId="77777777" w:rsidR="009D07C3" w:rsidRDefault="009D07C3">
            <w:pPr>
              <w:spacing w:after="0"/>
            </w:pPr>
          </w:p>
        </w:tc>
      </w:tr>
      <w:tr w:rsidR="009D07C3" w14:paraId="15A4F83E" w14:textId="77777777">
        <w:trPr>
          <w:jc w:val="center"/>
        </w:trPr>
        <w:tc>
          <w:tcPr>
            <w:tcW w:w="4176" w:type="dxa"/>
          </w:tcPr>
          <w:p w14:paraId="381023B8" w14:textId="77777777" w:rsidR="009D07C3" w:rsidRDefault="004C6837">
            <w:pPr>
              <w:spacing w:after="0"/>
            </w:pPr>
            <w:r>
              <w:rPr>
                <w:sz w:val="14"/>
              </w:rPr>
              <w:t>Referee statement completed by an experienced professional who is not a supervisor or trainer, or Course Director endorsement report for NHS-funded training pathway</w:t>
            </w:r>
          </w:p>
        </w:tc>
        <w:tc>
          <w:tcPr>
            <w:tcW w:w="1296" w:type="dxa"/>
          </w:tcPr>
          <w:p w14:paraId="5E370E67" w14:textId="77777777" w:rsidR="009D07C3" w:rsidRDefault="004C6837">
            <w:pPr>
              <w:spacing w:after="0"/>
            </w:pPr>
            <w:r>
              <w:rPr>
                <w:sz w:val="14"/>
              </w:rPr>
              <w:t>[ ] Yes  [ ] No</w:t>
            </w:r>
          </w:p>
        </w:tc>
        <w:tc>
          <w:tcPr>
            <w:tcW w:w="2160" w:type="dxa"/>
          </w:tcPr>
          <w:p w14:paraId="013066FB" w14:textId="77777777" w:rsidR="009D07C3" w:rsidRDefault="009D07C3">
            <w:pPr>
              <w:spacing w:after="0"/>
            </w:pPr>
          </w:p>
        </w:tc>
        <w:tc>
          <w:tcPr>
            <w:tcW w:w="1584" w:type="dxa"/>
          </w:tcPr>
          <w:p w14:paraId="38EB4B54" w14:textId="77777777" w:rsidR="009D07C3" w:rsidRDefault="009D07C3">
            <w:pPr>
              <w:spacing w:after="0"/>
            </w:pPr>
          </w:p>
        </w:tc>
        <w:tc>
          <w:tcPr>
            <w:tcW w:w="1152" w:type="dxa"/>
          </w:tcPr>
          <w:p w14:paraId="35B5AC6F" w14:textId="77777777" w:rsidR="009D07C3" w:rsidRDefault="009D07C3">
            <w:pPr>
              <w:spacing w:after="0"/>
            </w:pPr>
          </w:p>
        </w:tc>
      </w:tr>
      <w:tr w:rsidR="009D07C3" w14:paraId="3A10C4E8" w14:textId="77777777">
        <w:trPr>
          <w:jc w:val="center"/>
        </w:trPr>
        <w:tc>
          <w:tcPr>
            <w:tcW w:w="4176" w:type="dxa"/>
          </w:tcPr>
          <w:p w14:paraId="74D414CC" w14:textId="77777777" w:rsidR="009D07C3" w:rsidRDefault="004C6837">
            <w:pPr>
              <w:spacing w:after="0"/>
            </w:pPr>
            <w:r>
              <w:rPr>
                <w:sz w:val="14"/>
              </w:rPr>
              <w:t>Professional indemnity insurance proof - personal or employer cover</w:t>
            </w:r>
          </w:p>
        </w:tc>
        <w:tc>
          <w:tcPr>
            <w:tcW w:w="1296" w:type="dxa"/>
          </w:tcPr>
          <w:p w14:paraId="072ED1BF" w14:textId="77777777" w:rsidR="009D07C3" w:rsidRDefault="004C6837">
            <w:pPr>
              <w:spacing w:after="0"/>
            </w:pPr>
            <w:r>
              <w:rPr>
                <w:sz w:val="14"/>
              </w:rPr>
              <w:t>[ ] Yes  [ ] No</w:t>
            </w:r>
          </w:p>
        </w:tc>
        <w:tc>
          <w:tcPr>
            <w:tcW w:w="2160" w:type="dxa"/>
          </w:tcPr>
          <w:p w14:paraId="2A3134C6" w14:textId="77777777" w:rsidR="009D07C3" w:rsidRDefault="009D07C3">
            <w:pPr>
              <w:spacing w:after="0"/>
            </w:pPr>
          </w:p>
        </w:tc>
        <w:tc>
          <w:tcPr>
            <w:tcW w:w="1584" w:type="dxa"/>
          </w:tcPr>
          <w:p w14:paraId="3CC26619" w14:textId="77777777" w:rsidR="009D07C3" w:rsidRDefault="009D07C3">
            <w:pPr>
              <w:spacing w:after="0"/>
            </w:pPr>
          </w:p>
        </w:tc>
        <w:tc>
          <w:tcPr>
            <w:tcW w:w="1152" w:type="dxa"/>
          </w:tcPr>
          <w:p w14:paraId="08D3A294" w14:textId="77777777" w:rsidR="009D07C3" w:rsidRDefault="009D07C3">
            <w:pPr>
              <w:spacing w:after="0"/>
            </w:pPr>
          </w:p>
        </w:tc>
      </w:tr>
      <w:tr w:rsidR="009D07C3" w14:paraId="2442854D" w14:textId="77777777">
        <w:trPr>
          <w:jc w:val="center"/>
        </w:trPr>
        <w:tc>
          <w:tcPr>
            <w:tcW w:w="4176" w:type="dxa"/>
          </w:tcPr>
          <w:p w14:paraId="305EDA83" w14:textId="77777777" w:rsidR="009D07C3" w:rsidRDefault="004C6837">
            <w:pPr>
              <w:spacing w:after="0"/>
            </w:pPr>
            <w:r>
              <w:rPr>
                <w:sz w:val="14"/>
              </w:rPr>
              <w:t>Therapeutic executor / professional will arrangement confirmation - personal or employer arrangement</w:t>
            </w:r>
          </w:p>
        </w:tc>
        <w:tc>
          <w:tcPr>
            <w:tcW w:w="1296" w:type="dxa"/>
          </w:tcPr>
          <w:p w14:paraId="41F1B273" w14:textId="77777777" w:rsidR="009D07C3" w:rsidRDefault="004C6837">
            <w:pPr>
              <w:spacing w:after="0"/>
            </w:pPr>
            <w:r>
              <w:rPr>
                <w:sz w:val="14"/>
              </w:rPr>
              <w:t>[ ] Yes  [ ] No</w:t>
            </w:r>
          </w:p>
        </w:tc>
        <w:tc>
          <w:tcPr>
            <w:tcW w:w="2160" w:type="dxa"/>
          </w:tcPr>
          <w:p w14:paraId="7057BDF7" w14:textId="77777777" w:rsidR="009D07C3" w:rsidRDefault="009D07C3">
            <w:pPr>
              <w:spacing w:after="0"/>
            </w:pPr>
          </w:p>
        </w:tc>
        <w:tc>
          <w:tcPr>
            <w:tcW w:w="1584" w:type="dxa"/>
          </w:tcPr>
          <w:p w14:paraId="711FA4EA" w14:textId="77777777" w:rsidR="009D07C3" w:rsidRDefault="009D07C3">
            <w:pPr>
              <w:spacing w:after="0"/>
            </w:pPr>
          </w:p>
        </w:tc>
        <w:tc>
          <w:tcPr>
            <w:tcW w:w="1152" w:type="dxa"/>
          </w:tcPr>
          <w:p w14:paraId="66068C55" w14:textId="77777777" w:rsidR="009D07C3" w:rsidRDefault="009D07C3">
            <w:pPr>
              <w:spacing w:after="0"/>
            </w:pPr>
          </w:p>
        </w:tc>
      </w:tr>
      <w:tr w:rsidR="009D07C3" w14:paraId="2937E285" w14:textId="77777777">
        <w:trPr>
          <w:jc w:val="center"/>
        </w:trPr>
        <w:tc>
          <w:tcPr>
            <w:tcW w:w="4176" w:type="dxa"/>
          </w:tcPr>
          <w:p w14:paraId="2700AE72" w14:textId="77777777" w:rsidR="009D07C3" w:rsidRDefault="004C6837">
            <w:pPr>
              <w:spacing w:after="0"/>
            </w:pPr>
            <w:r>
              <w:rPr>
                <w:sz w:val="14"/>
              </w:rPr>
              <w:lastRenderedPageBreak/>
              <w:t>Application fee: non-refundable GBP 250 paid, unless Metanoia staff exemption applies</w:t>
            </w:r>
          </w:p>
        </w:tc>
        <w:tc>
          <w:tcPr>
            <w:tcW w:w="1296" w:type="dxa"/>
          </w:tcPr>
          <w:p w14:paraId="60310C3A" w14:textId="77777777" w:rsidR="009D07C3" w:rsidRDefault="004C6837">
            <w:pPr>
              <w:spacing w:after="0"/>
            </w:pPr>
            <w:r>
              <w:rPr>
                <w:sz w:val="14"/>
              </w:rPr>
              <w:t>[ ] Yes  [ ] No  [ ] Exempt</w:t>
            </w:r>
          </w:p>
        </w:tc>
        <w:tc>
          <w:tcPr>
            <w:tcW w:w="2160" w:type="dxa"/>
          </w:tcPr>
          <w:p w14:paraId="54AEEB7B" w14:textId="77777777" w:rsidR="009D07C3" w:rsidRDefault="009D07C3">
            <w:pPr>
              <w:spacing w:after="0"/>
            </w:pPr>
          </w:p>
        </w:tc>
        <w:tc>
          <w:tcPr>
            <w:tcW w:w="1584" w:type="dxa"/>
          </w:tcPr>
          <w:p w14:paraId="558CA26D" w14:textId="77777777" w:rsidR="009D07C3" w:rsidRDefault="009D07C3">
            <w:pPr>
              <w:spacing w:after="0"/>
            </w:pPr>
          </w:p>
        </w:tc>
        <w:tc>
          <w:tcPr>
            <w:tcW w:w="1152" w:type="dxa"/>
          </w:tcPr>
          <w:p w14:paraId="0F401A26" w14:textId="77777777" w:rsidR="009D07C3" w:rsidRDefault="009D07C3">
            <w:pPr>
              <w:spacing w:after="0"/>
            </w:pPr>
          </w:p>
        </w:tc>
      </w:tr>
    </w:tbl>
    <w:p w14:paraId="5FF9E36D" w14:textId="77777777" w:rsidR="009D07C3" w:rsidRDefault="009D07C3">
      <w:pPr>
        <w:spacing w:after="40"/>
      </w:pPr>
    </w:p>
    <w:p w14:paraId="1096C802" w14:textId="77777777" w:rsidR="009D07C3" w:rsidRDefault="004C6837">
      <w:pPr>
        <w:pStyle w:val="Heading1"/>
        <w:spacing w:before="160" w:after="80"/>
      </w:pPr>
      <w:r>
        <w:rPr>
          <w:rFonts w:ascii="Arial" w:hAnsi="Arial"/>
          <w:color w:val="1F4E79"/>
          <w:sz w:val="24"/>
        </w:rPr>
        <w:t>16. Optional Evidence Index</w:t>
      </w:r>
    </w:p>
    <w:p w14:paraId="0383AE6D" w14:textId="77777777" w:rsidR="009D07C3" w:rsidRDefault="004C6837">
      <w:pPr>
        <w:spacing w:after="80" w:line="252" w:lineRule="auto"/>
      </w:pPr>
      <w:r>
        <w:t>Use this index to help the panel locate evidence quickly.</w:t>
      </w:r>
    </w:p>
    <w:tbl>
      <w:tblPr>
        <w:tblW w:w="0" w:type="auto"/>
        <w:jc w:val="center"/>
        <w:tblBorders>
          <w:top w:val="single" w:sz="4" w:space="0" w:color="7F7F7F"/>
          <w:left w:val="single" w:sz="4" w:space="0" w:color="7F7F7F"/>
          <w:bottom w:val="single" w:sz="4" w:space="0" w:color="7F7F7F"/>
          <w:right w:val="single" w:sz="4" w:space="0" w:color="7F7F7F"/>
          <w:insideH w:val="single" w:sz="4" w:space="0" w:color="7F7F7F"/>
          <w:insideV w:val="single" w:sz="4" w:space="0" w:color="7F7F7F"/>
        </w:tblBorders>
        <w:tblLook w:val="04A0" w:firstRow="1" w:lastRow="0" w:firstColumn="1" w:lastColumn="0" w:noHBand="0" w:noVBand="1"/>
      </w:tblPr>
      <w:tblGrid>
        <w:gridCol w:w="1440"/>
        <w:gridCol w:w="2448"/>
        <w:gridCol w:w="1728"/>
        <w:gridCol w:w="2880"/>
        <w:gridCol w:w="1584"/>
      </w:tblGrid>
      <w:tr w:rsidR="009D07C3" w14:paraId="37170225" w14:textId="77777777">
        <w:trPr>
          <w:jc w:val="center"/>
        </w:trPr>
        <w:tc>
          <w:tcPr>
            <w:tcW w:w="1440" w:type="dxa"/>
            <w:shd w:val="clear" w:color="auto" w:fill="D9EAF7"/>
          </w:tcPr>
          <w:p w14:paraId="6DC739D3" w14:textId="77777777" w:rsidR="009D07C3" w:rsidRDefault="004C6837">
            <w:pPr>
              <w:spacing w:after="0"/>
            </w:pPr>
            <w:r>
              <w:rPr>
                <w:b/>
                <w:sz w:val="16"/>
              </w:rPr>
              <w:t>Evidence reference</w:t>
            </w:r>
          </w:p>
        </w:tc>
        <w:tc>
          <w:tcPr>
            <w:tcW w:w="2448" w:type="dxa"/>
            <w:shd w:val="clear" w:color="auto" w:fill="D9EAF7"/>
          </w:tcPr>
          <w:p w14:paraId="0F0256A1" w14:textId="77777777" w:rsidR="009D07C3" w:rsidRDefault="004C6837">
            <w:pPr>
              <w:spacing w:after="0"/>
            </w:pPr>
            <w:r>
              <w:rPr>
                <w:b/>
                <w:sz w:val="16"/>
              </w:rPr>
              <w:t>Document title</w:t>
            </w:r>
          </w:p>
        </w:tc>
        <w:tc>
          <w:tcPr>
            <w:tcW w:w="1728" w:type="dxa"/>
            <w:shd w:val="clear" w:color="auto" w:fill="D9EAF7"/>
          </w:tcPr>
          <w:p w14:paraId="67C22571" w14:textId="77777777" w:rsidR="009D07C3" w:rsidRDefault="004C6837">
            <w:pPr>
              <w:spacing w:after="0"/>
            </w:pPr>
            <w:r>
              <w:rPr>
                <w:b/>
                <w:sz w:val="16"/>
              </w:rPr>
              <w:t>Relevant section(s)</w:t>
            </w:r>
          </w:p>
        </w:tc>
        <w:tc>
          <w:tcPr>
            <w:tcW w:w="2880" w:type="dxa"/>
            <w:shd w:val="clear" w:color="auto" w:fill="D9EAF7"/>
          </w:tcPr>
          <w:p w14:paraId="1E2360C8" w14:textId="77777777" w:rsidR="009D07C3" w:rsidRDefault="004C6837">
            <w:pPr>
              <w:spacing w:after="0"/>
            </w:pPr>
            <w:r>
              <w:rPr>
                <w:b/>
                <w:sz w:val="16"/>
              </w:rPr>
              <w:t>Requirement evidenced</w:t>
            </w:r>
          </w:p>
        </w:tc>
        <w:tc>
          <w:tcPr>
            <w:tcW w:w="1584" w:type="dxa"/>
            <w:shd w:val="clear" w:color="auto" w:fill="D9EAF7"/>
          </w:tcPr>
          <w:p w14:paraId="4E448E61" w14:textId="77777777" w:rsidR="009D07C3" w:rsidRDefault="004C6837">
            <w:pPr>
              <w:spacing w:after="0"/>
            </w:pPr>
            <w:r>
              <w:rPr>
                <w:b/>
                <w:sz w:val="16"/>
              </w:rPr>
              <w:t>Page / location within document</w:t>
            </w:r>
          </w:p>
        </w:tc>
      </w:tr>
      <w:tr w:rsidR="009D07C3" w14:paraId="3BA46DE3" w14:textId="77777777">
        <w:trPr>
          <w:jc w:val="center"/>
        </w:trPr>
        <w:tc>
          <w:tcPr>
            <w:tcW w:w="1440" w:type="dxa"/>
          </w:tcPr>
          <w:p w14:paraId="08BA164B" w14:textId="77777777" w:rsidR="009D07C3" w:rsidRDefault="009D07C3">
            <w:pPr>
              <w:spacing w:after="0"/>
            </w:pPr>
          </w:p>
        </w:tc>
        <w:tc>
          <w:tcPr>
            <w:tcW w:w="2448" w:type="dxa"/>
          </w:tcPr>
          <w:p w14:paraId="65F5EE58" w14:textId="77777777" w:rsidR="009D07C3" w:rsidRDefault="009D07C3">
            <w:pPr>
              <w:spacing w:after="0"/>
            </w:pPr>
          </w:p>
        </w:tc>
        <w:tc>
          <w:tcPr>
            <w:tcW w:w="1728" w:type="dxa"/>
          </w:tcPr>
          <w:p w14:paraId="26C5A187" w14:textId="77777777" w:rsidR="009D07C3" w:rsidRDefault="009D07C3">
            <w:pPr>
              <w:spacing w:after="0"/>
            </w:pPr>
          </w:p>
        </w:tc>
        <w:tc>
          <w:tcPr>
            <w:tcW w:w="2880" w:type="dxa"/>
          </w:tcPr>
          <w:p w14:paraId="06D27FAE" w14:textId="77777777" w:rsidR="009D07C3" w:rsidRDefault="009D07C3">
            <w:pPr>
              <w:spacing w:after="0"/>
            </w:pPr>
          </w:p>
        </w:tc>
        <w:tc>
          <w:tcPr>
            <w:tcW w:w="1584" w:type="dxa"/>
          </w:tcPr>
          <w:p w14:paraId="5478DC33" w14:textId="77777777" w:rsidR="009D07C3" w:rsidRDefault="009D07C3">
            <w:pPr>
              <w:spacing w:after="0"/>
            </w:pPr>
          </w:p>
        </w:tc>
      </w:tr>
      <w:tr w:rsidR="009D07C3" w14:paraId="47397CBA" w14:textId="77777777">
        <w:trPr>
          <w:jc w:val="center"/>
        </w:trPr>
        <w:tc>
          <w:tcPr>
            <w:tcW w:w="1440" w:type="dxa"/>
          </w:tcPr>
          <w:p w14:paraId="2E1883BE" w14:textId="77777777" w:rsidR="009D07C3" w:rsidRDefault="009D07C3">
            <w:pPr>
              <w:spacing w:after="0"/>
            </w:pPr>
          </w:p>
        </w:tc>
        <w:tc>
          <w:tcPr>
            <w:tcW w:w="2448" w:type="dxa"/>
          </w:tcPr>
          <w:p w14:paraId="7D82E789" w14:textId="77777777" w:rsidR="009D07C3" w:rsidRDefault="009D07C3">
            <w:pPr>
              <w:spacing w:after="0"/>
            </w:pPr>
          </w:p>
        </w:tc>
        <w:tc>
          <w:tcPr>
            <w:tcW w:w="1728" w:type="dxa"/>
          </w:tcPr>
          <w:p w14:paraId="21F978F8" w14:textId="77777777" w:rsidR="009D07C3" w:rsidRDefault="009D07C3">
            <w:pPr>
              <w:spacing w:after="0"/>
            </w:pPr>
          </w:p>
        </w:tc>
        <w:tc>
          <w:tcPr>
            <w:tcW w:w="2880" w:type="dxa"/>
          </w:tcPr>
          <w:p w14:paraId="7AA281DB" w14:textId="77777777" w:rsidR="009D07C3" w:rsidRDefault="009D07C3">
            <w:pPr>
              <w:spacing w:after="0"/>
            </w:pPr>
          </w:p>
        </w:tc>
        <w:tc>
          <w:tcPr>
            <w:tcW w:w="1584" w:type="dxa"/>
          </w:tcPr>
          <w:p w14:paraId="475C9E80" w14:textId="77777777" w:rsidR="009D07C3" w:rsidRDefault="009D07C3">
            <w:pPr>
              <w:spacing w:after="0"/>
            </w:pPr>
          </w:p>
        </w:tc>
      </w:tr>
      <w:tr w:rsidR="009D07C3" w14:paraId="40D89C8C" w14:textId="77777777">
        <w:trPr>
          <w:jc w:val="center"/>
        </w:trPr>
        <w:tc>
          <w:tcPr>
            <w:tcW w:w="1440" w:type="dxa"/>
          </w:tcPr>
          <w:p w14:paraId="0372B873" w14:textId="77777777" w:rsidR="009D07C3" w:rsidRDefault="009D07C3">
            <w:pPr>
              <w:spacing w:after="0"/>
            </w:pPr>
          </w:p>
        </w:tc>
        <w:tc>
          <w:tcPr>
            <w:tcW w:w="2448" w:type="dxa"/>
          </w:tcPr>
          <w:p w14:paraId="631AD530" w14:textId="77777777" w:rsidR="009D07C3" w:rsidRDefault="009D07C3">
            <w:pPr>
              <w:spacing w:after="0"/>
            </w:pPr>
          </w:p>
        </w:tc>
        <w:tc>
          <w:tcPr>
            <w:tcW w:w="1728" w:type="dxa"/>
          </w:tcPr>
          <w:p w14:paraId="1771823C" w14:textId="77777777" w:rsidR="009D07C3" w:rsidRDefault="009D07C3">
            <w:pPr>
              <w:spacing w:after="0"/>
            </w:pPr>
          </w:p>
        </w:tc>
        <w:tc>
          <w:tcPr>
            <w:tcW w:w="2880" w:type="dxa"/>
          </w:tcPr>
          <w:p w14:paraId="789DEB92" w14:textId="77777777" w:rsidR="009D07C3" w:rsidRDefault="009D07C3">
            <w:pPr>
              <w:spacing w:after="0"/>
            </w:pPr>
          </w:p>
        </w:tc>
        <w:tc>
          <w:tcPr>
            <w:tcW w:w="1584" w:type="dxa"/>
          </w:tcPr>
          <w:p w14:paraId="5D632D95" w14:textId="77777777" w:rsidR="009D07C3" w:rsidRDefault="009D07C3">
            <w:pPr>
              <w:spacing w:after="0"/>
            </w:pPr>
          </w:p>
        </w:tc>
      </w:tr>
      <w:tr w:rsidR="009D07C3" w14:paraId="24D1E2F3" w14:textId="77777777">
        <w:trPr>
          <w:jc w:val="center"/>
        </w:trPr>
        <w:tc>
          <w:tcPr>
            <w:tcW w:w="1440" w:type="dxa"/>
          </w:tcPr>
          <w:p w14:paraId="50FA8485" w14:textId="77777777" w:rsidR="009D07C3" w:rsidRDefault="009D07C3">
            <w:pPr>
              <w:spacing w:after="0"/>
            </w:pPr>
          </w:p>
        </w:tc>
        <w:tc>
          <w:tcPr>
            <w:tcW w:w="2448" w:type="dxa"/>
          </w:tcPr>
          <w:p w14:paraId="35BABE1B" w14:textId="77777777" w:rsidR="009D07C3" w:rsidRDefault="009D07C3">
            <w:pPr>
              <w:spacing w:after="0"/>
            </w:pPr>
          </w:p>
        </w:tc>
        <w:tc>
          <w:tcPr>
            <w:tcW w:w="1728" w:type="dxa"/>
          </w:tcPr>
          <w:p w14:paraId="581BD8D7" w14:textId="77777777" w:rsidR="009D07C3" w:rsidRDefault="009D07C3">
            <w:pPr>
              <w:spacing w:after="0"/>
            </w:pPr>
          </w:p>
        </w:tc>
        <w:tc>
          <w:tcPr>
            <w:tcW w:w="2880" w:type="dxa"/>
          </w:tcPr>
          <w:p w14:paraId="3F5A9170" w14:textId="77777777" w:rsidR="009D07C3" w:rsidRDefault="009D07C3">
            <w:pPr>
              <w:spacing w:after="0"/>
            </w:pPr>
          </w:p>
        </w:tc>
        <w:tc>
          <w:tcPr>
            <w:tcW w:w="1584" w:type="dxa"/>
          </w:tcPr>
          <w:p w14:paraId="108A4DA8" w14:textId="77777777" w:rsidR="009D07C3" w:rsidRDefault="009D07C3">
            <w:pPr>
              <w:spacing w:after="0"/>
            </w:pPr>
          </w:p>
        </w:tc>
      </w:tr>
      <w:tr w:rsidR="009D07C3" w14:paraId="71CE5946" w14:textId="77777777">
        <w:trPr>
          <w:jc w:val="center"/>
        </w:trPr>
        <w:tc>
          <w:tcPr>
            <w:tcW w:w="1440" w:type="dxa"/>
          </w:tcPr>
          <w:p w14:paraId="22FC519B" w14:textId="77777777" w:rsidR="009D07C3" w:rsidRDefault="009D07C3">
            <w:pPr>
              <w:spacing w:after="0"/>
            </w:pPr>
          </w:p>
        </w:tc>
        <w:tc>
          <w:tcPr>
            <w:tcW w:w="2448" w:type="dxa"/>
          </w:tcPr>
          <w:p w14:paraId="44D36C2B" w14:textId="77777777" w:rsidR="009D07C3" w:rsidRDefault="009D07C3">
            <w:pPr>
              <w:spacing w:after="0"/>
            </w:pPr>
          </w:p>
        </w:tc>
        <w:tc>
          <w:tcPr>
            <w:tcW w:w="1728" w:type="dxa"/>
          </w:tcPr>
          <w:p w14:paraId="7DE984AF" w14:textId="77777777" w:rsidR="009D07C3" w:rsidRDefault="009D07C3">
            <w:pPr>
              <w:spacing w:after="0"/>
            </w:pPr>
          </w:p>
        </w:tc>
        <w:tc>
          <w:tcPr>
            <w:tcW w:w="2880" w:type="dxa"/>
          </w:tcPr>
          <w:p w14:paraId="02943054" w14:textId="77777777" w:rsidR="009D07C3" w:rsidRDefault="009D07C3">
            <w:pPr>
              <w:spacing w:after="0"/>
            </w:pPr>
          </w:p>
        </w:tc>
        <w:tc>
          <w:tcPr>
            <w:tcW w:w="1584" w:type="dxa"/>
          </w:tcPr>
          <w:p w14:paraId="0A0EB8A5" w14:textId="77777777" w:rsidR="009D07C3" w:rsidRDefault="009D07C3">
            <w:pPr>
              <w:spacing w:after="0"/>
            </w:pPr>
          </w:p>
        </w:tc>
      </w:tr>
      <w:tr w:rsidR="009D07C3" w14:paraId="32CB7A84" w14:textId="77777777">
        <w:trPr>
          <w:jc w:val="center"/>
        </w:trPr>
        <w:tc>
          <w:tcPr>
            <w:tcW w:w="1440" w:type="dxa"/>
          </w:tcPr>
          <w:p w14:paraId="1443C045" w14:textId="77777777" w:rsidR="009D07C3" w:rsidRDefault="009D07C3">
            <w:pPr>
              <w:spacing w:after="0"/>
            </w:pPr>
          </w:p>
        </w:tc>
        <w:tc>
          <w:tcPr>
            <w:tcW w:w="2448" w:type="dxa"/>
          </w:tcPr>
          <w:p w14:paraId="0633C65A" w14:textId="77777777" w:rsidR="009D07C3" w:rsidRDefault="009D07C3">
            <w:pPr>
              <w:spacing w:after="0"/>
            </w:pPr>
          </w:p>
        </w:tc>
        <w:tc>
          <w:tcPr>
            <w:tcW w:w="1728" w:type="dxa"/>
          </w:tcPr>
          <w:p w14:paraId="0B4D0F6A" w14:textId="77777777" w:rsidR="009D07C3" w:rsidRDefault="009D07C3">
            <w:pPr>
              <w:spacing w:after="0"/>
            </w:pPr>
          </w:p>
        </w:tc>
        <w:tc>
          <w:tcPr>
            <w:tcW w:w="2880" w:type="dxa"/>
          </w:tcPr>
          <w:p w14:paraId="26550923" w14:textId="77777777" w:rsidR="009D07C3" w:rsidRDefault="009D07C3">
            <w:pPr>
              <w:spacing w:after="0"/>
            </w:pPr>
          </w:p>
        </w:tc>
        <w:tc>
          <w:tcPr>
            <w:tcW w:w="1584" w:type="dxa"/>
          </w:tcPr>
          <w:p w14:paraId="274C3CF6" w14:textId="77777777" w:rsidR="009D07C3" w:rsidRDefault="009D07C3">
            <w:pPr>
              <w:spacing w:after="0"/>
            </w:pPr>
          </w:p>
        </w:tc>
      </w:tr>
      <w:tr w:rsidR="009D07C3" w14:paraId="1D72B674" w14:textId="77777777">
        <w:trPr>
          <w:jc w:val="center"/>
        </w:trPr>
        <w:tc>
          <w:tcPr>
            <w:tcW w:w="1440" w:type="dxa"/>
          </w:tcPr>
          <w:p w14:paraId="4327E8ED" w14:textId="77777777" w:rsidR="009D07C3" w:rsidRDefault="009D07C3">
            <w:pPr>
              <w:spacing w:after="0"/>
            </w:pPr>
          </w:p>
        </w:tc>
        <w:tc>
          <w:tcPr>
            <w:tcW w:w="2448" w:type="dxa"/>
          </w:tcPr>
          <w:p w14:paraId="6D1FB72B" w14:textId="77777777" w:rsidR="009D07C3" w:rsidRDefault="009D07C3">
            <w:pPr>
              <w:spacing w:after="0"/>
            </w:pPr>
          </w:p>
        </w:tc>
        <w:tc>
          <w:tcPr>
            <w:tcW w:w="1728" w:type="dxa"/>
          </w:tcPr>
          <w:p w14:paraId="74C2DC1D" w14:textId="77777777" w:rsidR="009D07C3" w:rsidRDefault="009D07C3">
            <w:pPr>
              <w:spacing w:after="0"/>
            </w:pPr>
          </w:p>
        </w:tc>
        <w:tc>
          <w:tcPr>
            <w:tcW w:w="2880" w:type="dxa"/>
          </w:tcPr>
          <w:p w14:paraId="72832929" w14:textId="77777777" w:rsidR="009D07C3" w:rsidRDefault="009D07C3">
            <w:pPr>
              <w:spacing w:after="0"/>
            </w:pPr>
          </w:p>
        </w:tc>
        <w:tc>
          <w:tcPr>
            <w:tcW w:w="1584" w:type="dxa"/>
          </w:tcPr>
          <w:p w14:paraId="2CCF0800" w14:textId="77777777" w:rsidR="009D07C3" w:rsidRDefault="009D07C3">
            <w:pPr>
              <w:spacing w:after="0"/>
            </w:pPr>
          </w:p>
        </w:tc>
      </w:tr>
      <w:tr w:rsidR="009D07C3" w14:paraId="3DEA6EA3" w14:textId="77777777">
        <w:trPr>
          <w:jc w:val="center"/>
        </w:trPr>
        <w:tc>
          <w:tcPr>
            <w:tcW w:w="1440" w:type="dxa"/>
          </w:tcPr>
          <w:p w14:paraId="54CE3A6F" w14:textId="77777777" w:rsidR="009D07C3" w:rsidRDefault="009D07C3">
            <w:pPr>
              <w:spacing w:after="0"/>
            </w:pPr>
          </w:p>
        </w:tc>
        <w:tc>
          <w:tcPr>
            <w:tcW w:w="2448" w:type="dxa"/>
          </w:tcPr>
          <w:p w14:paraId="06A49A4E" w14:textId="77777777" w:rsidR="009D07C3" w:rsidRDefault="009D07C3">
            <w:pPr>
              <w:spacing w:after="0"/>
            </w:pPr>
          </w:p>
        </w:tc>
        <w:tc>
          <w:tcPr>
            <w:tcW w:w="1728" w:type="dxa"/>
          </w:tcPr>
          <w:p w14:paraId="73C05DFA" w14:textId="77777777" w:rsidR="009D07C3" w:rsidRDefault="009D07C3">
            <w:pPr>
              <w:spacing w:after="0"/>
            </w:pPr>
          </w:p>
        </w:tc>
        <w:tc>
          <w:tcPr>
            <w:tcW w:w="2880" w:type="dxa"/>
          </w:tcPr>
          <w:p w14:paraId="35E23024" w14:textId="77777777" w:rsidR="009D07C3" w:rsidRDefault="009D07C3">
            <w:pPr>
              <w:spacing w:after="0"/>
            </w:pPr>
          </w:p>
        </w:tc>
        <w:tc>
          <w:tcPr>
            <w:tcW w:w="1584" w:type="dxa"/>
          </w:tcPr>
          <w:p w14:paraId="415D9358" w14:textId="77777777" w:rsidR="009D07C3" w:rsidRDefault="009D07C3">
            <w:pPr>
              <w:spacing w:after="0"/>
            </w:pPr>
          </w:p>
        </w:tc>
      </w:tr>
      <w:tr w:rsidR="009D07C3" w14:paraId="51918EFC" w14:textId="77777777">
        <w:trPr>
          <w:jc w:val="center"/>
        </w:trPr>
        <w:tc>
          <w:tcPr>
            <w:tcW w:w="1440" w:type="dxa"/>
          </w:tcPr>
          <w:p w14:paraId="65A32A9F" w14:textId="77777777" w:rsidR="009D07C3" w:rsidRDefault="009D07C3">
            <w:pPr>
              <w:spacing w:after="0"/>
            </w:pPr>
          </w:p>
        </w:tc>
        <w:tc>
          <w:tcPr>
            <w:tcW w:w="2448" w:type="dxa"/>
          </w:tcPr>
          <w:p w14:paraId="3FA6F393" w14:textId="77777777" w:rsidR="009D07C3" w:rsidRDefault="009D07C3">
            <w:pPr>
              <w:spacing w:after="0"/>
            </w:pPr>
          </w:p>
        </w:tc>
        <w:tc>
          <w:tcPr>
            <w:tcW w:w="1728" w:type="dxa"/>
          </w:tcPr>
          <w:p w14:paraId="02DB11C4" w14:textId="77777777" w:rsidR="009D07C3" w:rsidRDefault="009D07C3">
            <w:pPr>
              <w:spacing w:after="0"/>
            </w:pPr>
          </w:p>
        </w:tc>
        <w:tc>
          <w:tcPr>
            <w:tcW w:w="2880" w:type="dxa"/>
          </w:tcPr>
          <w:p w14:paraId="29454AFF" w14:textId="77777777" w:rsidR="009D07C3" w:rsidRDefault="009D07C3">
            <w:pPr>
              <w:spacing w:after="0"/>
            </w:pPr>
          </w:p>
        </w:tc>
        <w:tc>
          <w:tcPr>
            <w:tcW w:w="1584" w:type="dxa"/>
          </w:tcPr>
          <w:p w14:paraId="625AD45B" w14:textId="77777777" w:rsidR="009D07C3" w:rsidRDefault="009D07C3">
            <w:pPr>
              <w:spacing w:after="0"/>
            </w:pPr>
          </w:p>
        </w:tc>
      </w:tr>
      <w:tr w:rsidR="009D07C3" w14:paraId="7E7E9BBE" w14:textId="77777777">
        <w:trPr>
          <w:jc w:val="center"/>
        </w:trPr>
        <w:tc>
          <w:tcPr>
            <w:tcW w:w="1440" w:type="dxa"/>
          </w:tcPr>
          <w:p w14:paraId="582730EA" w14:textId="77777777" w:rsidR="009D07C3" w:rsidRDefault="009D07C3">
            <w:pPr>
              <w:spacing w:after="0"/>
            </w:pPr>
          </w:p>
        </w:tc>
        <w:tc>
          <w:tcPr>
            <w:tcW w:w="2448" w:type="dxa"/>
          </w:tcPr>
          <w:p w14:paraId="728C52E7" w14:textId="77777777" w:rsidR="009D07C3" w:rsidRDefault="009D07C3">
            <w:pPr>
              <w:spacing w:after="0"/>
            </w:pPr>
          </w:p>
        </w:tc>
        <w:tc>
          <w:tcPr>
            <w:tcW w:w="1728" w:type="dxa"/>
          </w:tcPr>
          <w:p w14:paraId="0C555637" w14:textId="77777777" w:rsidR="009D07C3" w:rsidRDefault="009D07C3">
            <w:pPr>
              <w:spacing w:after="0"/>
            </w:pPr>
          </w:p>
        </w:tc>
        <w:tc>
          <w:tcPr>
            <w:tcW w:w="2880" w:type="dxa"/>
          </w:tcPr>
          <w:p w14:paraId="40D93DD8" w14:textId="77777777" w:rsidR="009D07C3" w:rsidRDefault="009D07C3">
            <w:pPr>
              <w:spacing w:after="0"/>
            </w:pPr>
          </w:p>
        </w:tc>
        <w:tc>
          <w:tcPr>
            <w:tcW w:w="1584" w:type="dxa"/>
          </w:tcPr>
          <w:p w14:paraId="69265458" w14:textId="77777777" w:rsidR="009D07C3" w:rsidRDefault="009D07C3">
            <w:pPr>
              <w:spacing w:after="0"/>
            </w:pPr>
          </w:p>
        </w:tc>
      </w:tr>
      <w:tr w:rsidR="009D07C3" w14:paraId="6705AE30" w14:textId="77777777">
        <w:trPr>
          <w:jc w:val="center"/>
        </w:trPr>
        <w:tc>
          <w:tcPr>
            <w:tcW w:w="1440" w:type="dxa"/>
          </w:tcPr>
          <w:p w14:paraId="5A29B7D1" w14:textId="77777777" w:rsidR="009D07C3" w:rsidRDefault="009D07C3">
            <w:pPr>
              <w:spacing w:after="0"/>
            </w:pPr>
          </w:p>
        </w:tc>
        <w:tc>
          <w:tcPr>
            <w:tcW w:w="2448" w:type="dxa"/>
          </w:tcPr>
          <w:p w14:paraId="0D7DA711" w14:textId="77777777" w:rsidR="009D07C3" w:rsidRDefault="009D07C3">
            <w:pPr>
              <w:spacing w:after="0"/>
            </w:pPr>
          </w:p>
        </w:tc>
        <w:tc>
          <w:tcPr>
            <w:tcW w:w="1728" w:type="dxa"/>
          </w:tcPr>
          <w:p w14:paraId="287EFE5C" w14:textId="77777777" w:rsidR="009D07C3" w:rsidRDefault="009D07C3">
            <w:pPr>
              <w:spacing w:after="0"/>
            </w:pPr>
          </w:p>
        </w:tc>
        <w:tc>
          <w:tcPr>
            <w:tcW w:w="2880" w:type="dxa"/>
          </w:tcPr>
          <w:p w14:paraId="2AF0D854" w14:textId="77777777" w:rsidR="009D07C3" w:rsidRDefault="009D07C3">
            <w:pPr>
              <w:spacing w:after="0"/>
            </w:pPr>
          </w:p>
        </w:tc>
        <w:tc>
          <w:tcPr>
            <w:tcW w:w="1584" w:type="dxa"/>
          </w:tcPr>
          <w:p w14:paraId="74A7DE3D" w14:textId="77777777" w:rsidR="009D07C3" w:rsidRDefault="009D07C3">
            <w:pPr>
              <w:spacing w:after="0"/>
            </w:pPr>
          </w:p>
        </w:tc>
      </w:tr>
      <w:tr w:rsidR="009D07C3" w14:paraId="300C6429" w14:textId="77777777">
        <w:trPr>
          <w:jc w:val="center"/>
        </w:trPr>
        <w:tc>
          <w:tcPr>
            <w:tcW w:w="1440" w:type="dxa"/>
          </w:tcPr>
          <w:p w14:paraId="5FF85428" w14:textId="77777777" w:rsidR="009D07C3" w:rsidRDefault="009D07C3">
            <w:pPr>
              <w:spacing w:after="0"/>
            </w:pPr>
          </w:p>
        </w:tc>
        <w:tc>
          <w:tcPr>
            <w:tcW w:w="2448" w:type="dxa"/>
          </w:tcPr>
          <w:p w14:paraId="54C171E0" w14:textId="77777777" w:rsidR="009D07C3" w:rsidRDefault="009D07C3">
            <w:pPr>
              <w:spacing w:after="0"/>
            </w:pPr>
          </w:p>
        </w:tc>
        <w:tc>
          <w:tcPr>
            <w:tcW w:w="1728" w:type="dxa"/>
          </w:tcPr>
          <w:p w14:paraId="1C3A7512" w14:textId="77777777" w:rsidR="009D07C3" w:rsidRDefault="009D07C3">
            <w:pPr>
              <w:spacing w:after="0"/>
            </w:pPr>
          </w:p>
        </w:tc>
        <w:tc>
          <w:tcPr>
            <w:tcW w:w="2880" w:type="dxa"/>
          </w:tcPr>
          <w:p w14:paraId="09A9ED16" w14:textId="77777777" w:rsidR="009D07C3" w:rsidRDefault="009D07C3">
            <w:pPr>
              <w:spacing w:after="0"/>
            </w:pPr>
          </w:p>
        </w:tc>
        <w:tc>
          <w:tcPr>
            <w:tcW w:w="1584" w:type="dxa"/>
          </w:tcPr>
          <w:p w14:paraId="56F92BA6" w14:textId="77777777" w:rsidR="009D07C3" w:rsidRDefault="009D07C3">
            <w:pPr>
              <w:spacing w:after="0"/>
            </w:pPr>
          </w:p>
        </w:tc>
      </w:tr>
    </w:tbl>
    <w:p w14:paraId="666B3F1A" w14:textId="77777777" w:rsidR="009D07C3" w:rsidRDefault="009D07C3">
      <w:pPr>
        <w:spacing w:after="40"/>
      </w:pPr>
    </w:p>
    <w:p w14:paraId="3B60A9DA" w14:textId="77777777" w:rsidR="009D07C3" w:rsidRDefault="004C6837">
      <w:pPr>
        <w:pStyle w:val="Heading1"/>
        <w:spacing w:before="160" w:after="80"/>
      </w:pPr>
      <w:r>
        <w:rPr>
          <w:rFonts w:ascii="Arial" w:hAnsi="Arial"/>
          <w:color w:val="1F4E79"/>
          <w:sz w:val="24"/>
        </w:rPr>
        <w:t>17. Office Use Only</w:t>
      </w:r>
    </w:p>
    <w:tbl>
      <w:tblPr>
        <w:tblW w:w="0" w:type="auto"/>
        <w:jc w:val="center"/>
        <w:tblBorders>
          <w:top w:val="single" w:sz="4" w:space="0" w:color="7F7F7F"/>
          <w:left w:val="single" w:sz="4" w:space="0" w:color="7F7F7F"/>
          <w:bottom w:val="single" w:sz="4" w:space="0" w:color="7F7F7F"/>
          <w:right w:val="single" w:sz="4" w:space="0" w:color="7F7F7F"/>
          <w:insideH w:val="single" w:sz="4" w:space="0" w:color="7F7F7F"/>
          <w:insideV w:val="single" w:sz="4" w:space="0" w:color="7F7F7F"/>
        </w:tblBorders>
        <w:tblLook w:val="04A0" w:firstRow="1" w:lastRow="0" w:firstColumn="1" w:lastColumn="0" w:noHBand="0" w:noVBand="1"/>
      </w:tblPr>
      <w:tblGrid>
        <w:gridCol w:w="3456"/>
        <w:gridCol w:w="6480"/>
      </w:tblGrid>
      <w:tr w:rsidR="009D07C3" w14:paraId="79201381" w14:textId="77777777">
        <w:trPr>
          <w:jc w:val="center"/>
        </w:trPr>
        <w:tc>
          <w:tcPr>
            <w:tcW w:w="3456" w:type="dxa"/>
            <w:shd w:val="clear" w:color="auto" w:fill="D9EAF7"/>
          </w:tcPr>
          <w:p w14:paraId="0660EF22" w14:textId="77777777" w:rsidR="009D07C3" w:rsidRDefault="004C6837">
            <w:pPr>
              <w:spacing w:after="0"/>
            </w:pPr>
            <w:r>
              <w:rPr>
                <w:b/>
                <w:sz w:val="16"/>
              </w:rPr>
              <w:t>Review item</w:t>
            </w:r>
          </w:p>
        </w:tc>
        <w:tc>
          <w:tcPr>
            <w:tcW w:w="6480" w:type="dxa"/>
            <w:shd w:val="clear" w:color="auto" w:fill="D9EAF7"/>
          </w:tcPr>
          <w:p w14:paraId="4FC2A426" w14:textId="77777777" w:rsidR="009D07C3" w:rsidRDefault="004C6837">
            <w:pPr>
              <w:spacing w:after="0"/>
            </w:pPr>
            <w:r>
              <w:rPr>
                <w:b/>
                <w:sz w:val="16"/>
              </w:rPr>
              <w:t>Outcome / notes</w:t>
            </w:r>
          </w:p>
        </w:tc>
      </w:tr>
      <w:tr w:rsidR="009D07C3" w14:paraId="073B00FA" w14:textId="77777777">
        <w:trPr>
          <w:jc w:val="center"/>
        </w:trPr>
        <w:tc>
          <w:tcPr>
            <w:tcW w:w="3456" w:type="dxa"/>
          </w:tcPr>
          <w:p w14:paraId="5E992390" w14:textId="77777777" w:rsidR="009D07C3" w:rsidRDefault="004C6837">
            <w:pPr>
              <w:spacing w:after="0"/>
            </w:pPr>
            <w:r>
              <w:rPr>
                <w:sz w:val="16"/>
              </w:rPr>
              <w:t>Application received date</w:t>
            </w:r>
          </w:p>
        </w:tc>
        <w:tc>
          <w:tcPr>
            <w:tcW w:w="6480" w:type="dxa"/>
          </w:tcPr>
          <w:p w14:paraId="33F63423" w14:textId="77777777" w:rsidR="009D07C3" w:rsidRDefault="009D07C3">
            <w:pPr>
              <w:spacing w:after="0"/>
            </w:pPr>
          </w:p>
        </w:tc>
      </w:tr>
      <w:tr w:rsidR="009D07C3" w14:paraId="23439657" w14:textId="77777777">
        <w:trPr>
          <w:jc w:val="center"/>
        </w:trPr>
        <w:tc>
          <w:tcPr>
            <w:tcW w:w="3456" w:type="dxa"/>
          </w:tcPr>
          <w:p w14:paraId="7DA13DA0" w14:textId="77777777" w:rsidR="009D07C3" w:rsidRDefault="004C6837">
            <w:pPr>
              <w:spacing w:after="0"/>
            </w:pPr>
            <w:r>
              <w:rPr>
                <w:sz w:val="16"/>
              </w:rPr>
              <w:t>Fee confirmed</w:t>
            </w:r>
          </w:p>
        </w:tc>
        <w:tc>
          <w:tcPr>
            <w:tcW w:w="6480" w:type="dxa"/>
          </w:tcPr>
          <w:p w14:paraId="2DC615EB" w14:textId="77777777" w:rsidR="009D07C3" w:rsidRDefault="004C6837">
            <w:pPr>
              <w:spacing w:after="0"/>
            </w:pPr>
            <w:r>
              <w:rPr>
                <w:sz w:val="16"/>
              </w:rPr>
              <w:t>[ ] Yes  [ ] No  [ ] Exempt</w:t>
            </w:r>
          </w:p>
        </w:tc>
      </w:tr>
      <w:tr w:rsidR="009D07C3" w14:paraId="09575B4E" w14:textId="77777777">
        <w:trPr>
          <w:jc w:val="center"/>
        </w:trPr>
        <w:tc>
          <w:tcPr>
            <w:tcW w:w="3456" w:type="dxa"/>
          </w:tcPr>
          <w:p w14:paraId="72EB4365" w14:textId="77777777" w:rsidR="009D07C3" w:rsidRDefault="004C6837">
            <w:pPr>
              <w:spacing w:after="0"/>
            </w:pPr>
            <w:r>
              <w:rPr>
                <w:sz w:val="16"/>
              </w:rPr>
              <w:t>Application complete for panel review</w:t>
            </w:r>
          </w:p>
        </w:tc>
        <w:tc>
          <w:tcPr>
            <w:tcW w:w="6480" w:type="dxa"/>
          </w:tcPr>
          <w:p w14:paraId="468577F2" w14:textId="77777777" w:rsidR="009D07C3" w:rsidRDefault="004C6837">
            <w:pPr>
              <w:spacing w:after="0"/>
            </w:pPr>
            <w:r>
              <w:rPr>
                <w:sz w:val="16"/>
              </w:rPr>
              <w:t>[ ] Yes  [ ] No - further information requested</w:t>
            </w:r>
          </w:p>
        </w:tc>
      </w:tr>
      <w:tr w:rsidR="009D07C3" w14:paraId="656E6656" w14:textId="77777777">
        <w:trPr>
          <w:jc w:val="center"/>
        </w:trPr>
        <w:tc>
          <w:tcPr>
            <w:tcW w:w="3456" w:type="dxa"/>
          </w:tcPr>
          <w:p w14:paraId="77567163" w14:textId="77777777" w:rsidR="009D07C3" w:rsidRDefault="004C6837">
            <w:pPr>
              <w:spacing w:after="0"/>
            </w:pPr>
            <w:r>
              <w:rPr>
                <w:sz w:val="16"/>
              </w:rPr>
              <w:t>Route assessed</w:t>
            </w:r>
          </w:p>
        </w:tc>
        <w:tc>
          <w:tcPr>
            <w:tcW w:w="6480" w:type="dxa"/>
          </w:tcPr>
          <w:p w14:paraId="4A48C9B1" w14:textId="77777777" w:rsidR="009D07C3" w:rsidRDefault="004C6837">
            <w:pPr>
              <w:spacing w:after="0"/>
            </w:pPr>
            <w:r>
              <w:rPr>
                <w:sz w:val="16"/>
              </w:rPr>
              <w:t>[ ] Psychotherapist  [ ] Psychotherapeutic Counsellor</w:t>
            </w:r>
          </w:p>
        </w:tc>
      </w:tr>
      <w:tr w:rsidR="009D07C3" w14:paraId="51CA588C" w14:textId="77777777">
        <w:trPr>
          <w:jc w:val="center"/>
        </w:trPr>
        <w:tc>
          <w:tcPr>
            <w:tcW w:w="3456" w:type="dxa"/>
          </w:tcPr>
          <w:p w14:paraId="5758E5AE" w14:textId="77777777" w:rsidR="009D07C3" w:rsidRDefault="004C6837">
            <w:pPr>
              <w:spacing w:after="0"/>
            </w:pPr>
            <w:r>
              <w:rPr>
                <w:sz w:val="16"/>
              </w:rPr>
              <w:t>APEL Membership Panel decision</w:t>
            </w:r>
          </w:p>
        </w:tc>
        <w:tc>
          <w:tcPr>
            <w:tcW w:w="6480" w:type="dxa"/>
          </w:tcPr>
          <w:p w14:paraId="08702865" w14:textId="77777777" w:rsidR="009D07C3" w:rsidRDefault="004C6837">
            <w:pPr>
              <w:spacing w:after="0"/>
            </w:pPr>
            <w:r>
              <w:rPr>
                <w:sz w:val="16"/>
              </w:rPr>
              <w:t>[ ] Approved  [ ] Approved subject to conditions  [ ] Adaptation period required  [ ] Additional training / practice / experience required  [ ] Not approved</w:t>
            </w:r>
          </w:p>
        </w:tc>
      </w:tr>
      <w:tr w:rsidR="009D07C3" w14:paraId="32C82B3C" w14:textId="77777777">
        <w:trPr>
          <w:jc w:val="center"/>
        </w:trPr>
        <w:tc>
          <w:tcPr>
            <w:tcW w:w="3456" w:type="dxa"/>
          </w:tcPr>
          <w:p w14:paraId="5AB3D2FE" w14:textId="77777777" w:rsidR="009D07C3" w:rsidRDefault="004C6837">
            <w:pPr>
              <w:spacing w:after="0"/>
            </w:pPr>
            <w:r>
              <w:rPr>
                <w:sz w:val="16"/>
              </w:rPr>
              <w:t>Ethics Committee verification</w:t>
            </w:r>
          </w:p>
        </w:tc>
        <w:tc>
          <w:tcPr>
            <w:tcW w:w="6480" w:type="dxa"/>
          </w:tcPr>
          <w:p w14:paraId="3FB235D6" w14:textId="77777777" w:rsidR="009D07C3" w:rsidRDefault="004C6837">
            <w:pPr>
              <w:spacing w:after="0"/>
            </w:pPr>
            <w:r>
              <w:rPr>
                <w:sz w:val="16"/>
              </w:rPr>
              <w:t>[ ] Completed  [ ] Further information required</w:t>
            </w:r>
          </w:p>
        </w:tc>
      </w:tr>
      <w:tr w:rsidR="009D07C3" w14:paraId="365BDEDD" w14:textId="77777777">
        <w:trPr>
          <w:jc w:val="center"/>
        </w:trPr>
        <w:tc>
          <w:tcPr>
            <w:tcW w:w="3456" w:type="dxa"/>
          </w:tcPr>
          <w:p w14:paraId="442F6421" w14:textId="77777777" w:rsidR="009D07C3" w:rsidRDefault="004C6837">
            <w:pPr>
              <w:spacing w:after="0"/>
            </w:pPr>
            <w:r>
              <w:rPr>
                <w:sz w:val="16"/>
              </w:rPr>
              <w:t>Applicant notified date</w:t>
            </w:r>
          </w:p>
        </w:tc>
        <w:tc>
          <w:tcPr>
            <w:tcW w:w="6480" w:type="dxa"/>
          </w:tcPr>
          <w:p w14:paraId="69211CD4" w14:textId="77777777" w:rsidR="009D07C3" w:rsidRDefault="009D07C3">
            <w:pPr>
              <w:spacing w:after="0"/>
            </w:pPr>
          </w:p>
        </w:tc>
      </w:tr>
      <w:tr w:rsidR="009D07C3" w14:paraId="038BF005" w14:textId="77777777">
        <w:trPr>
          <w:jc w:val="center"/>
        </w:trPr>
        <w:tc>
          <w:tcPr>
            <w:tcW w:w="3456" w:type="dxa"/>
          </w:tcPr>
          <w:p w14:paraId="7D8182B2" w14:textId="77777777" w:rsidR="009D07C3" w:rsidRDefault="004C6837">
            <w:pPr>
              <w:spacing w:after="0"/>
            </w:pPr>
            <w:r>
              <w:rPr>
                <w:sz w:val="16"/>
              </w:rPr>
              <w:t>UKCP eligibility confirmation actioned</w:t>
            </w:r>
          </w:p>
        </w:tc>
        <w:tc>
          <w:tcPr>
            <w:tcW w:w="6480" w:type="dxa"/>
          </w:tcPr>
          <w:p w14:paraId="6C7FF2A1" w14:textId="77777777" w:rsidR="009D07C3" w:rsidRDefault="004C6837">
            <w:pPr>
              <w:spacing w:after="0"/>
            </w:pPr>
            <w:r>
              <w:rPr>
                <w:sz w:val="16"/>
              </w:rPr>
              <w:t>[ ] Yes  [ ] No  [ ] N/A</w:t>
            </w:r>
          </w:p>
        </w:tc>
      </w:tr>
    </w:tbl>
    <w:p w14:paraId="2A83A817" w14:textId="77777777" w:rsidR="009D07C3" w:rsidRDefault="009D07C3">
      <w:pPr>
        <w:spacing w:after="40"/>
      </w:pPr>
    </w:p>
    <w:sectPr w:rsidR="009D07C3" w:rsidSect="00034616">
      <w:footerReference w:type="default" r:id="rId11"/>
      <w:pgSz w:w="12240" w:h="15840"/>
      <w:pgMar w:top="792" w:right="936" w:bottom="792" w:left="936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89FAA42" w14:textId="77777777" w:rsidR="007023BE" w:rsidRDefault="007023BE">
      <w:pPr>
        <w:spacing w:after="0" w:line="240" w:lineRule="auto"/>
      </w:pPr>
      <w:r>
        <w:separator/>
      </w:r>
    </w:p>
  </w:endnote>
  <w:endnote w:type="continuationSeparator" w:id="0">
    <w:p w14:paraId="42B0D4C1" w14:textId="77777777" w:rsidR="007023BE" w:rsidRDefault="007023B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65F8E5" w14:textId="77777777" w:rsidR="009D07C3" w:rsidRDefault="004C6837">
    <w:pPr>
      <w:pStyle w:val="Footer"/>
      <w:jc w:val="center"/>
    </w:pPr>
    <w:r>
      <w:rPr>
        <w:sz w:val="16"/>
      </w:rPr>
      <w:t xml:space="preserve">Metanoia Institute: Individual UKCP Registration via APL Application Form (Draft)    Page </w:t>
    </w:r>
    <w:r>
      <w:rPr>
        <w:sz w:val="16"/>
      </w:rPr>
      <w:fldChar w:fldCharType="begin"/>
    </w:r>
    <w:r>
      <w:rPr>
        <w:sz w:val="16"/>
      </w:rPr>
      <w:instrText>PAGE</w:instrText>
    </w:r>
    <w:r>
      <w:rPr>
        <w:sz w:val="16"/>
      </w:rPr>
      <w:fldChar w:fldCharType="separate"/>
    </w:r>
    <w:r>
      <w:rPr>
        <w:sz w:val="16"/>
      </w:rPr>
      <w:t>1</w:t>
    </w:r>
    <w:r>
      <w:rPr>
        <w:sz w:val="16"/>
      </w:rPr>
      <w:fldChar w:fldCharType="end"/>
    </w:r>
    <w:r>
      <w:rPr>
        <w:sz w:val="16"/>
      </w:rPr>
      <w:t xml:space="preserve"> of </w:t>
    </w:r>
    <w:r>
      <w:rPr>
        <w:sz w:val="16"/>
      </w:rPr>
      <w:fldChar w:fldCharType="begin"/>
    </w:r>
    <w:r>
      <w:rPr>
        <w:sz w:val="16"/>
      </w:rPr>
      <w:instrText>NUMPAGES</w:instrText>
    </w:r>
    <w:r>
      <w:rPr>
        <w:sz w:val="16"/>
      </w:rPr>
      <w:fldChar w:fldCharType="separate"/>
    </w:r>
    <w:r>
      <w:rPr>
        <w:sz w:val="16"/>
      </w:rPr>
      <w:t>1</w:t>
    </w:r>
    <w:r>
      <w:rPr>
        <w:sz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2B2F86A" w14:textId="77777777" w:rsidR="007023BE" w:rsidRDefault="007023BE">
      <w:pPr>
        <w:spacing w:after="0" w:line="240" w:lineRule="auto"/>
      </w:pPr>
      <w:r>
        <w:separator/>
      </w:r>
    </w:p>
  </w:footnote>
  <w:footnote w:type="continuationSeparator" w:id="0">
    <w:p w14:paraId="656D2E2F" w14:textId="77777777" w:rsidR="007023BE" w:rsidRDefault="007023B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121535957">
    <w:abstractNumId w:val="8"/>
  </w:num>
  <w:num w:numId="2" w16cid:durableId="329069421">
    <w:abstractNumId w:val="6"/>
  </w:num>
  <w:num w:numId="3" w16cid:durableId="2067027854">
    <w:abstractNumId w:val="5"/>
  </w:num>
  <w:num w:numId="4" w16cid:durableId="442847321">
    <w:abstractNumId w:val="4"/>
  </w:num>
  <w:num w:numId="5" w16cid:durableId="2110462259">
    <w:abstractNumId w:val="7"/>
  </w:num>
  <w:num w:numId="6" w16cid:durableId="1502428872">
    <w:abstractNumId w:val="3"/>
  </w:num>
  <w:num w:numId="7" w16cid:durableId="373238548">
    <w:abstractNumId w:val="2"/>
  </w:num>
  <w:num w:numId="8" w16cid:durableId="709455449">
    <w:abstractNumId w:val="1"/>
  </w:num>
  <w:num w:numId="9" w16cid:durableId="118497958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34E38"/>
    <w:rsid w:val="0006063C"/>
    <w:rsid w:val="0015074B"/>
    <w:rsid w:val="001A0FD2"/>
    <w:rsid w:val="0029639D"/>
    <w:rsid w:val="00326F90"/>
    <w:rsid w:val="004C6837"/>
    <w:rsid w:val="00545E9E"/>
    <w:rsid w:val="007023BE"/>
    <w:rsid w:val="007210C8"/>
    <w:rsid w:val="00734A1E"/>
    <w:rsid w:val="0077568E"/>
    <w:rsid w:val="009D07C3"/>
    <w:rsid w:val="00A5227A"/>
    <w:rsid w:val="00AA1D8D"/>
    <w:rsid w:val="00AE781C"/>
    <w:rsid w:val="00B47730"/>
    <w:rsid w:val="00CB0664"/>
    <w:rsid w:val="00DD38F1"/>
    <w:rsid w:val="00EA057E"/>
    <w:rsid w:val="00F5371B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0230065"/>
  <w14:defaultImageDpi w14:val="300"/>
  <w15:docId w15:val="{94CF8946-7500-42EC-9C71-63BDBDB608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Arial" w:hAnsi="Arial"/>
      <w:sz w:val="18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ba67913f-a478-4766-9a53-644035f50d8b">
      <Terms xmlns="http://schemas.microsoft.com/office/infopath/2007/PartnerControls"/>
    </lcf76f155ced4ddcb4097134ff3c332f>
    <TaxCatchAll xmlns="5e149d9a-8d1e-454f-b537-0cabf85a7e9b" xsi:nil="true"/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63AD037D4D3B7498E3943FF2ECD3387" ma:contentTypeVersion="7" ma:contentTypeDescription="Create a new document." ma:contentTypeScope="" ma:versionID="d94052d3ae8ffc1202bc8ec711f8a50f">
  <xsd:schema xmlns:xsd="http://www.w3.org/2001/XMLSchema" xmlns:xs="http://www.w3.org/2001/XMLSchema" xmlns:p="http://schemas.microsoft.com/office/2006/metadata/properties" xmlns:ns2="ba67913f-a478-4766-9a53-644035f50d8b" xmlns:ns3="5e149d9a-8d1e-454f-b537-0cabf85a7e9b" targetNamespace="http://schemas.microsoft.com/office/2006/metadata/properties" ma:root="true" ma:fieldsID="448ec963f73a936930be1eba2b90df0d" ns2:_="" ns3:_="">
    <xsd:import namespace="ba67913f-a478-4766-9a53-644035f50d8b"/>
    <xsd:import namespace="5e149d9a-8d1e-454f-b537-0cabf85a7e9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a67913f-a478-4766-9a53-644035f50d8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d24e8fc7-3d45-484e-8e6f-dcf9e3724da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e149d9a-8d1e-454f-b537-0cabf85a7e9b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637f99e5-1f96-45fe-90e1-807185314310}" ma:internalName="TaxCatchAll" ma:showField="CatchAllData" ma:web="5e149d9a-8d1e-454f-b537-0cabf85a7e9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9FD173E4-6FCE-48DD-BBA2-192D82DC10B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8E743AA-D16A-498B-AE7B-C707FB98E6CE}">
  <ds:schemaRefs>
    <ds:schemaRef ds:uri="http://schemas.microsoft.com/office/2006/metadata/properties"/>
    <ds:schemaRef ds:uri="http://schemas.microsoft.com/office/infopath/2007/PartnerControls"/>
    <ds:schemaRef ds:uri="ba67913f-a478-4766-9a53-644035f50d8b"/>
    <ds:schemaRef ds:uri="5e149d9a-8d1e-454f-b537-0cabf85a7e9b"/>
  </ds:schemaRefs>
</ds:datastoreItem>
</file>

<file path=customXml/itemProps4.xml><?xml version="1.0" encoding="utf-8"?>
<ds:datastoreItem xmlns:ds="http://schemas.openxmlformats.org/officeDocument/2006/customXml" ds:itemID="{19696E6B-7859-4208-9401-28A950B3E09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a67913f-a478-4766-9a53-644035f50d8b"/>
    <ds:schemaRef ds:uri="5e149d9a-8d1e-454f-b537-0cabf85a7e9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6</Pages>
  <Words>2224</Words>
  <Characters>12679</Characters>
  <Application>Microsoft Office Word</Application>
  <DocSecurity>0</DocSecurity>
  <Lines>105</Lines>
  <Paragraphs>29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14874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Peter Pearce</dc:creator>
  <cp:keywords/>
  <dc:description>generated by python-docx</dc:description>
  <cp:lastModifiedBy>Christina Blakey</cp:lastModifiedBy>
  <cp:revision>8</cp:revision>
  <dcterms:created xsi:type="dcterms:W3CDTF">2026-06-05T17:34:00Z</dcterms:created>
  <dcterms:modified xsi:type="dcterms:W3CDTF">2026-08-05T09:24:00Z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0x010100563AD037D4D3B7498E3943FF2ECD3387</vt:lpwstr>
  </property>
  <property fmtid="{D5CDD505-2E9C-101B-9397-08002B2CF9AE}" pid="3" name="MediaServiceImageTags">
    <vt:lpwstr/>
  </property>
</Properties>
</file>